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22C81" w:rsidR="00825F0A" w:rsidP="007F19D0" w:rsidRDefault="007E282A" w14:paraId="7804C79C" w14:textId="35FB003C">
      <w:pPr>
        <w:pStyle w:val="Pealkiri1"/>
        <w:jc w:val="both"/>
        <w:rPr>
          <w:rFonts w:ascii="Times New Roman" w:hAnsi="Times New Roman" w:cs="Times New Roman"/>
          <w:sz w:val="32"/>
          <w:szCs w:val="36"/>
        </w:rPr>
      </w:pPr>
      <w:r w:rsidRPr="00D22C81">
        <w:rPr>
          <w:rFonts w:ascii="Times New Roman" w:hAnsi="Times New Roman" w:cs="Times New Roman"/>
          <w:sz w:val="32"/>
          <w:szCs w:val="36"/>
        </w:rPr>
        <w:t xml:space="preserve">Avalik </w:t>
      </w:r>
      <w:r w:rsidRPr="00D22C81" w:rsidR="00955CFD">
        <w:rPr>
          <w:rFonts w:ascii="Times New Roman" w:hAnsi="Times New Roman" w:cs="Times New Roman"/>
          <w:sz w:val="32"/>
          <w:szCs w:val="36"/>
        </w:rPr>
        <w:t>k</w:t>
      </w:r>
      <w:r w:rsidRPr="00D22C81">
        <w:rPr>
          <w:rFonts w:ascii="Times New Roman" w:hAnsi="Times New Roman" w:cs="Times New Roman"/>
          <w:sz w:val="32"/>
          <w:szCs w:val="36"/>
        </w:rPr>
        <w:t xml:space="preserve">onkurss uute 3. taseme kutseõppe raamõppekavade </w:t>
      </w:r>
      <w:r w:rsidRPr="00D22C81" w:rsidR="003D42B2">
        <w:rPr>
          <w:rFonts w:ascii="Times New Roman" w:hAnsi="Times New Roman" w:cs="Times New Roman"/>
          <w:sz w:val="32"/>
          <w:szCs w:val="36"/>
        </w:rPr>
        <w:t xml:space="preserve">ideede ja nende arendusmeeskonna leidmiseks </w:t>
      </w:r>
    </w:p>
    <w:p w:rsidRPr="00B50505" w:rsidR="00AB5AF2" w:rsidP="007F19D0" w:rsidRDefault="00A77B39" w14:paraId="006266D7" w14:textId="49DCBBAB">
      <w:pPr>
        <w:pStyle w:val="Pealkiri2"/>
        <w:jc w:val="both"/>
        <w:rPr>
          <w:sz w:val="28"/>
          <w:szCs w:val="32"/>
          <w:lang w:val="et-EE"/>
        </w:rPr>
      </w:pPr>
      <w:r w:rsidRPr="00B50505">
        <w:rPr>
          <w:sz w:val="28"/>
          <w:szCs w:val="32"/>
          <w:lang w:val="et-EE"/>
        </w:rPr>
        <w:t xml:space="preserve">1. </w:t>
      </w:r>
      <w:r w:rsidRPr="00B50505" w:rsidR="000B0886">
        <w:rPr>
          <w:sz w:val="28"/>
          <w:szCs w:val="32"/>
          <w:lang w:val="et-EE"/>
        </w:rPr>
        <w:t>Konkursi eesmärk</w:t>
      </w:r>
    </w:p>
    <w:p w:rsidR="00AB5AF2" w:rsidP="007F19D0" w:rsidRDefault="00A77B39" w14:paraId="5A28D9A5" w14:textId="173971ED">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Avaliku konkursi eesmärk on leida uute 3. taseme kutseõppe</w:t>
      </w:r>
      <w:r w:rsidRPr="00D22C81" w:rsidR="001C247A">
        <w:rPr>
          <w:rFonts w:ascii="Times New Roman" w:hAnsi="Times New Roman" w:cs="Times New Roman"/>
          <w:sz w:val="24"/>
          <w:szCs w:val="24"/>
          <w:lang w:val="et-EE"/>
        </w:rPr>
        <w:t xml:space="preserve"> </w:t>
      </w:r>
      <w:r w:rsidRPr="00D22C81">
        <w:rPr>
          <w:rFonts w:ascii="Times New Roman" w:hAnsi="Times New Roman" w:cs="Times New Roman"/>
          <w:sz w:val="24"/>
          <w:szCs w:val="24"/>
          <w:lang w:val="et-EE"/>
        </w:rPr>
        <w:t>raamõppekavade väljatöötamiseks</w:t>
      </w:r>
      <w:r w:rsidRPr="00D22C81" w:rsidR="006F540D">
        <w:rPr>
          <w:rFonts w:ascii="Times New Roman" w:hAnsi="Times New Roman" w:cs="Times New Roman"/>
          <w:sz w:val="24"/>
          <w:szCs w:val="24"/>
          <w:lang w:val="et-EE"/>
        </w:rPr>
        <w:t xml:space="preserve"> </w:t>
      </w:r>
      <w:r w:rsidRPr="00D22C81">
        <w:rPr>
          <w:rFonts w:ascii="Times New Roman" w:hAnsi="Times New Roman" w:cs="Times New Roman"/>
          <w:sz w:val="24"/>
          <w:szCs w:val="24"/>
          <w:lang w:val="et-EE"/>
        </w:rPr>
        <w:t>sihtrühmale</w:t>
      </w:r>
      <w:r w:rsidRPr="00D22C81" w:rsidR="001C247A">
        <w:rPr>
          <w:rFonts w:ascii="Times New Roman" w:hAnsi="Times New Roman" w:cs="Times New Roman"/>
          <w:sz w:val="24"/>
          <w:szCs w:val="24"/>
          <w:lang w:val="et-EE"/>
        </w:rPr>
        <w:t xml:space="preserve"> </w:t>
      </w:r>
      <w:r w:rsidRPr="00D22C81">
        <w:rPr>
          <w:rFonts w:ascii="Times New Roman" w:hAnsi="Times New Roman" w:cs="Times New Roman"/>
          <w:sz w:val="24"/>
          <w:szCs w:val="24"/>
          <w:lang w:val="et-EE"/>
        </w:rPr>
        <w:t xml:space="preserve">sobivad ja rakendatavad õppekava ideekavandid </w:t>
      </w:r>
      <w:r w:rsidRPr="00D22C81" w:rsidR="0021719A">
        <w:rPr>
          <w:rFonts w:ascii="Times New Roman" w:hAnsi="Times New Roman" w:cs="Times New Roman"/>
          <w:sz w:val="24"/>
          <w:szCs w:val="24"/>
        </w:rPr>
        <w:t>kunsti, põllumajanduse, tehnika, tootmise </w:t>
      </w:r>
      <w:r w:rsidRPr="0012620E" w:rsidR="0021719A">
        <w:rPr>
          <w:rFonts w:ascii="Times New Roman" w:hAnsi="Times New Roman" w:cs="Times New Roman"/>
          <w:sz w:val="24"/>
          <w:szCs w:val="24"/>
        </w:rPr>
        <w:t>või </w:t>
      </w:r>
      <w:r w:rsidRPr="00D22C81" w:rsidR="0021719A">
        <w:rPr>
          <w:rFonts w:ascii="Times New Roman" w:hAnsi="Times New Roman" w:cs="Times New Roman"/>
          <w:sz w:val="24"/>
          <w:szCs w:val="24"/>
        </w:rPr>
        <w:t>ehituse valdkonnas</w:t>
      </w:r>
      <w:r w:rsidRPr="00D22C81" w:rsidR="0021719A">
        <w:rPr>
          <w:rFonts w:ascii="Times New Roman" w:hAnsi="Times New Roman" w:cs="Times New Roman"/>
          <w:sz w:val="24"/>
          <w:szCs w:val="24"/>
          <w:lang w:val="et-EE"/>
        </w:rPr>
        <w:t xml:space="preserve"> </w:t>
      </w:r>
      <w:r w:rsidRPr="00D22C81">
        <w:rPr>
          <w:rFonts w:ascii="Times New Roman" w:hAnsi="Times New Roman" w:cs="Times New Roman"/>
          <w:sz w:val="24"/>
          <w:szCs w:val="24"/>
          <w:lang w:val="et-EE"/>
        </w:rPr>
        <w:t>ning pädevad</w:t>
      </w:r>
      <w:r w:rsidRPr="00D22C81" w:rsidR="001C247A">
        <w:rPr>
          <w:rFonts w:ascii="Times New Roman" w:hAnsi="Times New Roman" w:cs="Times New Roman"/>
          <w:sz w:val="24"/>
          <w:szCs w:val="24"/>
          <w:lang w:val="et-EE"/>
        </w:rPr>
        <w:t xml:space="preserve"> </w:t>
      </w:r>
      <w:r w:rsidRPr="00D22C81">
        <w:rPr>
          <w:rFonts w:ascii="Times New Roman" w:hAnsi="Times New Roman" w:cs="Times New Roman"/>
          <w:sz w:val="24"/>
          <w:szCs w:val="24"/>
          <w:lang w:val="et-EE"/>
        </w:rPr>
        <w:t>arendusmeeskonnad, kellel on vajalikud teadmised, kogemus ja</w:t>
      </w:r>
      <w:r w:rsidRPr="00D22C81" w:rsidR="001C247A">
        <w:rPr>
          <w:rFonts w:ascii="Times New Roman" w:hAnsi="Times New Roman" w:cs="Times New Roman"/>
          <w:sz w:val="24"/>
          <w:szCs w:val="24"/>
          <w:lang w:val="et-EE"/>
        </w:rPr>
        <w:t xml:space="preserve"> </w:t>
      </w:r>
      <w:r w:rsidRPr="00D22C81">
        <w:rPr>
          <w:rFonts w:ascii="Times New Roman" w:hAnsi="Times New Roman" w:cs="Times New Roman"/>
          <w:sz w:val="24"/>
          <w:szCs w:val="24"/>
          <w:lang w:val="et-EE"/>
        </w:rPr>
        <w:t>koostöö</w:t>
      </w:r>
      <w:r w:rsidRPr="00D22C81" w:rsidR="0085151D">
        <w:rPr>
          <w:rFonts w:ascii="Times New Roman" w:hAnsi="Times New Roman" w:cs="Times New Roman"/>
          <w:sz w:val="24"/>
          <w:szCs w:val="24"/>
          <w:lang w:val="et-EE"/>
        </w:rPr>
        <w:t>oskused</w:t>
      </w:r>
      <w:r w:rsidRPr="00D22C81">
        <w:rPr>
          <w:rFonts w:ascii="Times New Roman" w:hAnsi="Times New Roman" w:cs="Times New Roman"/>
          <w:sz w:val="24"/>
          <w:szCs w:val="24"/>
          <w:lang w:val="et-EE"/>
        </w:rPr>
        <w:t xml:space="preserve"> ideekavandite alusel raamõppekavade väljatöötamiseks.</w:t>
      </w:r>
    </w:p>
    <w:p w:rsidR="00FD16E6" w:rsidP="007F19D0" w:rsidRDefault="00FD16E6" w14:paraId="5B35B338" w14:textId="77777777">
      <w:pPr>
        <w:spacing w:after="0" w:line="240" w:lineRule="auto"/>
        <w:jc w:val="both"/>
        <w:rPr>
          <w:rFonts w:ascii="Times New Roman" w:hAnsi="Times New Roman" w:cs="Times New Roman"/>
          <w:sz w:val="24"/>
          <w:szCs w:val="24"/>
          <w:lang w:val="et-EE"/>
        </w:rPr>
      </w:pPr>
    </w:p>
    <w:p w:rsidRPr="00B50505" w:rsidR="00C92258" w:rsidP="007F19D0" w:rsidRDefault="00C92258" w14:paraId="1BF4C916" w14:textId="1D561592">
      <w:pPr>
        <w:pStyle w:val="Pealkiri2"/>
        <w:jc w:val="both"/>
        <w:rPr>
          <w:sz w:val="28"/>
          <w:szCs w:val="32"/>
          <w:lang w:val="et-EE"/>
        </w:rPr>
      </w:pPr>
      <w:r w:rsidRPr="7AE03DAF" w:rsidR="00C92258">
        <w:rPr>
          <w:sz w:val="28"/>
          <w:szCs w:val="28"/>
          <w:lang w:val="et-EE"/>
        </w:rPr>
        <w:t xml:space="preserve">2. </w:t>
      </w:r>
      <w:r w:rsidRPr="7AE03DAF" w:rsidR="00794BB4">
        <w:rPr>
          <w:sz w:val="28"/>
          <w:szCs w:val="28"/>
          <w:lang w:val="et-EE"/>
        </w:rPr>
        <w:t>Ideekavandite</w:t>
      </w:r>
      <w:r w:rsidRPr="7AE03DAF" w:rsidR="00C92258">
        <w:rPr>
          <w:sz w:val="28"/>
          <w:szCs w:val="28"/>
          <w:lang w:val="et-EE"/>
        </w:rPr>
        <w:t xml:space="preserve"> esitamine</w:t>
      </w:r>
    </w:p>
    <w:p w:rsidRPr="00D22C81" w:rsidR="005368D0" w:rsidP="007F19D0" w:rsidRDefault="005368D0" w14:paraId="52B86AF8" w14:textId="70F05F0F">
      <w:pPr>
        <w:spacing w:after="0" w:line="240" w:lineRule="auto"/>
        <w:jc w:val="both"/>
      </w:pPr>
      <w:r w:rsidRPr="7AE03DAF" w:rsidR="01DCE7A9">
        <w:rPr>
          <w:rFonts w:ascii="Times New Roman" w:hAnsi="Times New Roman" w:cs="Times New Roman"/>
          <w:sz w:val="24"/>
          <w:szCs w:val="24"/>
          <w:lang w:val="et-EE"/>
        </w:rPr>
        <w:t xml:space="preserve">Konkursile esitatakse terviklik pakkumus, mis koosneb:  </w:t>
      </w:r>
    </w:p>
    <w:p w:rsidRPr="00D22C81" w:rsidR="005368D0" w:rsidP="7AE03DAF" w:rsidRDefault="005368D0" w14:paraId="41A781AE" w14:textId="3EFC1B09">
      <w:pPr>
        <w:pStyle w:val="Normaallaad"/>
        <w:spacing w:after="0" w:line="240" w:lineRule="auto"/>
        <w:jc w:val="both"/>
      </w:pPr>
      <w:r w:rsidRPr="7AE03DAF" w:rsidR="01DCE7A9">
        <w:rPr>
          <w:rFonts w:ascii="Times New Roman" w:hAnsi="Times New Roman" w:cs="Times New Roman"/>
          <w:sz w:val="24"/>
          <w:szCs w:val="24"/>
          <w:lang w:val="et-EE"/>
        </w:rPr>
        <w:t xml:space="preserve">1) raamõppekava ideekavandist etteantud vormil (vt Lisa 1,I);  </w:t>
      </w:r>
    </w:p>
    <w:p w:rsidRPr="00D22C81" w:rsidR="005368D0" w:rsidP="7AE03DAF" w:rsidRDefault="005368D0" w14:paraId="692372FB" w14:textId="1EFD3DBE">
      <w:pPr>
        <w:pStyle w:val="Normaallaad"/>
        <w:spacing w:after="0" w:line="240" w:lineRule="auto"/>
        <w:jc w:val="both"/>
      </w:pPr>
      <w:r w:rsidRPr="7AE03DAF" w:rsidR="01DCE7A9">
        <w:rPr>
          <w:rFonts w:ascii="Times New Roman" w:hAnsi="Times New Roman" w:cs="Times New Roman"/>
          <w:sz w:val="24"/>
          <w:szCs w:val="24"/>
          <w:lang w:val="et-EE"/>
        </w:rPr>
        <w:t>2) raamõppekava väljatöötamiseks kavandatud arendusmeeskonna kirjeldusest (vt Lisa 1, II).</w:t>
      </w:r>
    </w:p>
    <w:p w:rsidRPr="00D22C81" w:rsidR="005368D0" w:rsidP="7AE03DAF" w:rsidRDefault="005368D0" w14:paraId="5FF3D370" w14:textId="21534BAE">
      <w:pPr>
        <w:pStyle w:val="Normaallaad"/>
        <w:spacing w:after="0" w:line="240" w:lineRule="auto"/>
        <w:jc w:val="both"/>
      </w:pPr>
      <w:r w:rsidRPr="7AE03DAF" w:rsidR="01DCE7A9">
        <w:rPr>
          <w:rFonts w:ascii="Times New Roman" w:hAnsi="Times New Roman" w:cs="Times New Roman"/>
          <w:sz w:val="24"/>
          <w:szCs w:val="24"/>
          <w:lang w:val="et-EE"/>
        </w:rPr>
        <w:t xml:space="preserve">Konkursil valitud ideekavandite raamõppekavaks arendamine toimub vastavalt tegevuskavale (vt Lisa 2).  </w:t>
      </w:r>
    </w:p>
    <w:p w:rsidRPr="00D22C81" w:rsidR="005368D0" w:rsidP="007F19D0" w:rsidRDefault="005368D0" w14:paraId="4DF14F07" w14:textId="76F555F8">
      <w:pPr>
        <w:spacing w:after="0" w:line="240" w:lineRule="auto"/>
        <w:jc w:val="both"/>
        <w:rPr>
          <w:rFonts w:ascii="Times New Roman" w:hAnsi="Times New Roman" w:cs="Times New Roman"/>
          <w:sz w:val="24"/>
          <w:szCs w:val="24"/>
          <w:lang w:val="et-EE"/>
        </w:rPr>
      </w:pPr>
    </w:p>
    <w:p w:rsidRPr="00B50505" w:rsidR="0012620E" w:rsidP="007F19D0" w:rsidRDefault="00FD16E6" w14:paraId="338944C1" w14:textId="54EEA276">
      <w:pPr>
        <w:pStyle w:val="Pealkiri2"/>
        <w:jc w:val="both"/>
        <w:rPr>
          <w:sz w:val="28"/>
          <w:szCs w:val="32"/>
          <w:lang w:val="et-EE"/>
        </w:rPr>
      </w:pPr>
      <w:r>
        <w:rPr>
          <w:sz w:val="28"/>
          <w:szCs w:val="32"/>
          <w:lang w:val="et-EE"/>
        </w:rPr>
        <w:t>3</w:t>
      </w:r>
      <w:r w:rsidRPr="00B50505" w:rsidR="0012620E">
        <w:rPr>
          <w:sz w:val="28"/>
          <w:szCs w:val="32"/>
          <w:lang w:val="et-EE"/>
        </w:rPr>
        <w:t>. Nõuded konkursile esitatavale raamõppekava ideekavandile</w:t>
      </w:r>
    </w:p>
    <w:p w:rsidRPr="00D22C81" w:rsidR="0012620E" w:rsidP="007F19D0" w:rsidRDefault="0012620E" w14:paraId="341F729C" w14:textId="03743E67">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Ideekavand esitatakse konkursikutse lisas toodud vormil</w:t>
      </w:r>
      <w:r w:rsidR="007F19D0">
        <w:rPr>
          <w:rFonts w:ascii="Times New Roman" w:hAnsi="Times New Roman" w:cs="Times New Roman"/>
          <w:sz w:val="24"/>
          <w:szCs w:val="24"/>
          <w:lang w:val="et-EE"/>
        </w:rPr>
        <w:t xml:space="preserve"> (vt Lisa 1</w:t>
      </w:r>
      <w:r w:rsidR="00C612F4">
        <w:rPr>
          <w:rFonts w:ascii="Times New Roman" w:hAnsi="Times New Roman" w:cs="Times New Roman"/>
          <w:sz w:val="24"/>
          <w:szCs w:val="24"/>
          <w:lang w:val="et-EE"/>
        </w:rPr>
        <w:t>, I</w:t>
      </w:r>
      <w:r w:rsidR="007F19D0">
        <w:rPr>
          <w:rFonts w:ascii="Times New Roman" w:hAnsi="Times New Roman" w:cs="Times New Roman"/>
          <w:sz w:val="24"/>
          <w:szCs w:val="24"/>
          <w:lang w:val="et-EE"/>
        </w:rPr>
        <w:t>)</w:t>
      </w:r>
      <w:r w:rsidRPr="00D22C81">
        <w:rPr>
          <w:rFonts w:ascii="Times New Roman" w:hAnsi="Times New Roman" w:cs="Times New Roman"/>
          <w:sz w:val="24"/>
          <w:szCs w:val="24"/>
          <w:lang w:val="et-EE"/>
        </w:rPr>
        <w:t>. Ideekavand peab andma</w:t>
      </w:r>
      <w:r w:rsidR="007F19D0">
        <w:rPr>
          <w:rFonts w:ascii="Times New Roman" w:hAnsi="Times New Roman" w:cs="Times New Roman"/>
          <w:sz w:val="24"/>
          <w:szCs w:val="24"/>
          <w:lang w:val="et-EE"/>
        </w:rPr>
        <w:t xml:space="preserve"> </w:t>
      </w:r>
      <w:r w:rsidRPr="00D22C81">
        <w:rPr>
          <w:rFonts w:ascii="Times New Roman" w:hAnsi="Times New Roman" w:cs="Times New Roman"/>
          <w:sz w:val="24"/>
          <w:szCs w:val="24"/>
          <w:lang w:val="et-EE"/>
        </w:rPr>
        <w:t>tervikliku ülevaate kavandatavast raamõppekavast ning näitama, kuidas punktis 2 sätestatud lähtekohti ja nõudeid kavandatava õppekava väljatöötamisel rakendatakse.</w:t>
      </w:r>
    </w:p>
    <w:p w:rsidRPr="00D22C81" w:rsidR="0012620E" w:rsidP="007F19D0" w:rsidRDefault="0012620E" w14:paraId="357CA3FD" w14:textId="77777777">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Ideekavandis kirjeldatakse vähemalt:</w:t>
      </w:r>
    </w:p>
    <w:p w:rsidRPr="00D22C81" w:rsidR="0012620E" w:rsidP="007F19D0" w:rsidRDefault="0012620E" w14:paraId="09ABE82C" w14:textId="77777777">
      <w:pPr>
        <w:numPr>
          <w:ilvl w:val="0"/>
          <w:numId w:val="29"/>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õppekava põhiideed, eesmärki ja kavandatavaid valdkondlikke baasoskusi;</w:t>
      </w:r>
    </w:p>
    <w:p w:rsidRPr="00D22C81" w:rsidR="0012620E" w:rsidP="007F19D0" w:rsidRDefault="0012620E" w14:paraId="22F6897F" w14:textId="77777777">
      <w:pPr>
        <w:numPr>
          <w:ilvl w:val="0"/>
          <w:numId w:val="29"/>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õppekava vajadust, uudsust ja seost töömaailma praeguste ja tulevaste oskusvajadustega;</w:t>
      </w:r>
    </w:p>
    <w:p w:rsidRPr="00D22C81" w:rsidR="0012620E" w:rsidP="007F19D0" w:rsidRDefault="0012620E" w14:paraId="670598BD" w14:textId="77777777">
      <w:pPr>
        <w:numPr>
          <w:ilvl w:val="0"/>
          <w:numId w:val="29"/>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õppekava sihtrühma ning õppe sobivust ja jõukohasust sihtrühmale;</w:t>
      </w:r>
    </w:p>
    <w:p w:rsidRPr="00D22C81" w:rsidR="0012620E" w:rsidP="007F19D0" w:rsidRDefault="0012620E" w14:paraId="5CC16F10" w14:textId="77777777">
      <w:pPr>
        <w:numPr>
          <w:ilvl w:val="0"/>
          <w:numId w:val="29"/>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kavandatava õppe põhisisu ning praktilise õppe ja praktika põhimõtteid;</w:t>
      </w:r>
    </w:p>
    <w:p w:rsidRPr="00D22C81" w:rsidR="0012620E" w:rsidP="007F19D0" w:rsidRDefault="0012620E" w14:paraId="03CEA1F1" w14:textId="77777777">
      <w:pPr>
        <w:numPr>
          <w:ilvl w:val="0"/>
          <w:numId w:val="29"/>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üldpädevuste ja tööelu üldoskuste lõimimist valdkondlike oskuste õppesse;</w:t>
      </w:r>
    </w:p>
    <w:p w:rsidRPr="00D22C81" w:rsidR="0012620E" w:rsidP="007F19D0" w:rsidRDefault="0012620E" w14:paraId="292747F6" w14:textId="77777777">
      <w:pPr>
        <w:numPr>
          <w:ilvl w:val="0"/>
          <w:numId w:val="29"/>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õppija võimalusi pärast õppekava läbimist tööturule siirdumiseks ja õpingute jätkamiseks.</w:t>
      </w:r>
    </w:p>
    <w:p w:rsidRPr="00D22C81" w:rsidR="0012620E" w:rsidP="007F19D0" w:rsidRDefault="0012620E" w14:paraId="63005EB0" w14:textId="77777777">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Ideekavandis esitatava teabe täpsem sisu ja ulatus on määratud ideekavandi vormis.</w:t>
      </w:r>
    </w:p>
    <w:p w:rsidRPr="00D22C81" w:rsidR="0012620E" w:rsidP="007F19D0" w:rsidRDefault="0012620E" w14:paraId="203D7A3A" w14:textId="77777777">
      <w:pPr>
        <w:spacing w:after="0" w:line="240" w:lineRule="auto"/>
        <w:jc w:val="both"/>
        <w:rPr>
          <w:rFonts w:ascii="Times New Roman" w:hAnsi="Times New Roman" w:cs="Times New Roman"/>
          <w:sz w:val="24"/>
          <w:szCs w:val="24"/>
          <w:lang w:val="et-EE"/>
        </w:rPr>
      </w:pPr>
    </w:p>
    <w:p w:rsidRPr="00B50505" w:rsidR="0012620E" w:rsidP="007F19D0" w:rsidRDefault="00C612F4" w14:paraId="7186D94F" w14:textId="69CC08D5">
      <w:pPr>
        <w:pStyle w:val="Pealkiri2"/>
        <w:rPr>
          <w:sz w:val="28"/>
          <w:szCs w:val="32"/>
          <w:lang w:val="et-EE"/>
        </w:rPr>
      </w:pPr>
      <w:r>
        <w:rPr>
          <w:sz w:val="28"/>
          <w:szCs w:val="32"/>
          <w:lang w:val="et-EE"/>
        </w:rPr>
        <w:t>4</w:t>
      </w:r>
      <w:r w:rsidRPr="00B50505" w:rsidR="007F19D0">
        <w:rPr>
          <w:sz w:val="28"/>
          <w:szCs w:val="32"/>
          <w:lang w:val="et-EE"/>
        </w:rPr>
        <w:t xml:space="preserve">. </w:t>
      </w:r>
      <w:r w:rsidRPr="00B50505" w:rsidR="0012620E">
        <w:rPr>
          <w:sz w:val="28"/>
          <w:szCs w:val="32"/>
          <w:lang w:val="et-EE"/>
        </w:rPr>
        <w:t>Nõuded arendusmeeskonnale</w:t>
      </w:r>
    </w:p>
    <w:p w:rsidRPr="00D22C81" w:rsidR="0012620E" w:rsidP="007F19D0" w:rsidRDefault="0012620E" w14:paraId="5D4BAE86" w14:textId="71CDC2A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 xml:space="preserve">Ideekavandi esitab </w:t>
      </w:r>
      <w:r w:rsidR="007F19D0">
        <w:rPr>
          <w:rFonts w:ascii="Times New Roman" w:hAnsi="Times New Roman" w:cs="Times New Roman"/>
          <w:b/>
          <w:bCs/>
          <w:sz w:val="24"/>
          <w:szCs w:val="24"/>
          <w:lang w:val="et-EE"/>
        </w:rPr>
        <w:t>3-</w:t>
      </w:r>
      <w:r w:rsidR="005F3378">
        <w:rPr>
          <w:rFonts w:ascii="Times New Roman" w:hAnsi="Times New Roman" w:cs="Times New Roman"/>
          <w:b/>
          <w:bCs/>
          <w:sz w:val="24"/>
          <w:szCs w:val="24"/>
          <w:lang w:val="et-EE"/>
        </w:rPr>
        <w:t>6</w:t>
      </w:r>
      <w:r w:rsidRPr="00D22C81">
        <w:rPr>
          <w:rFonts w:ascii="Times New Roman" w:hAnsi="Times New Roman" w:cs="Times New Roman"/>
          <w:b/>
          <w:bCs/>
          <w:sz w:val="24"/>
          <w:szCs w:val="24"/>
          <w:lang w:val="et-EE"/>
        </w:rPr>
        <w:t>-liikmeline arendusmeeskond</w:t>
      </w:r>
      <w:r w:rsidRPr="00D22C81">
        <w:rPr>
          <w:rFonts w:ascii="Times New Roman" w:hAnsi="Times New Roman" w:cs="Times New Roman"/>
          <w:sz w:val="24"/>
          <w:szCs w:val="24"/>
          <w:lang w:val="et-EE"/>
        </w:rPr>
        <w:t xml:space="preserve">, kes on valmis valituks osutumisel osalema raamõppekava väljatöötamises. </w:t>
      </w:r>
    </w:p>
    <w:p w:rsidR="005F3378" w:rsidP="007F19D0" w:rsidRDefault="005F3378" w14:paraId="7AAF7C17" w14:textId="77777777">
      <w:pPr>
        <w:spacing w:after="0" w:line="240" w:lineRule="auto"/>
        <w:jc w:val="both"/>
        <w:rPr>
          <w:rFonts w:ascii="Times New Roman" w:hAnsi="Times New Roman" w:cs="Times New Roman"/>
          <w:sz w:val="24"/>
          <w:szCs w:val="24"/>
          <w:lang w:val="et-EE"/>
        </w:rPr>
      </w:pPr>
    </w:p>
    <w:p w:rsidRPr="00D22C81" w:rsidR="0012620E" w:rsidP="007F19D0" w:rsidRDefault="0012620E" w14:paraId="3B732A37" w14:textId="542ED9D1">
      <w:pPr>
        <w:spacing w:after="0" w:line="240" w:lineRule="auto"/>
        <w:jc w:val="both"/>
        <w:rPr>
          <w:rFonts w:ascii="Times New Roman" w:hAnsi="Times New Roman" w:cs="Times New Roman"/>
          <w:sz w:val="24"/>
          <w:szCs w:val="24"/>
          <w:lang w:val="et-EE"/>
        </w:rPr>
      </w:pPr>
      <w:r w:rsidRPr="5756E477" w:rsidR="0012620E">
        <w:rPr>
          <w:rFonts w:ascii="Times New Roman" w:hAnsi="Times New Roman" w:cs="Times New Roman"/>
          <w:sz w:val="24"/>
          <w:szCs w:val="24"/>
          <w:lang w:val="et-EE"/>
        </w:rPr>
        <w:t>Arendusmeeskonnas peavad olema esindatud:</w:t>
      </w:r>
    </w:p>
    <w:p w:rsidR="00BF18A2" w:rsidP="5756E477" w:rsidRDefault="00BF18A2" w14:paraId="1CF27AD1" w14:textId="359C4E4F">
      <w:pPr>
        <w:pStyle w:val="Normaallaad"/>
        <w:numPr>
          <w:ilvl w:val="0"/>
          <w:numId w:val="30"/>
        </w:numPr>
        <w:suppressLineNumbers w:val="0"/>
        <w:bidi w:val="0"/>
        <w:spacing w:before="0" w:beforeAutospacing="off" w:after="0" w:afterAutospacing="off" w:line="240" w:lineRule="auto"/>
        <w:ind w:left="720" w:right="0" w:hanging="360"/>
        <w:jc w:val="both"/>
        <w:rPr>
          <w:rFonts w:ascii="Times New Roman" w:hAnsi="Times New Roman" w:cs="Times New Roman"/>
          <w:sz w:val="24"/>
          <w:szCs w:val="24"/>
          <w:lang w:val="et-EE"/>
        </w:rPr>
      </w:pPr>
      <w:r w:rsidRPr="5756E477" w:rsidR="009E187A">
        <w:rPr>
          <w:rFonts w:ascii="Times New Roman" w:hAnsi="Times New Roman" w:cs="Times New Roman"/>
          <w:sz w:val="24"/>
          <w:szCs w:val="24"/>
          <w:lang w:val="et-EE"/>
        </w:rPr>
        <w:t xml:space="preserve">arendatava valdkonna erialane pädevus; </w:t>
      </w:r>
    </w:p>
    <w:p w:rsidR="00BF18A2" w:rsidP="14DA2140" w:rsidRDefault="00BF18A2" w14:paraId="10F36FC4" w14:textId="39AAD852">
      <w:pPr>
        <w:pStyle w:val="Normaallaad"/>
        <w:numPr>
          <w:ilvl w:val="0"/>
          <w:numId w:val="30"/>
        </w:numPr>
        <w:suppressLineNumbers w:val="0"/>
        <w:spacing w:before="0" w:beforeAutospacing="off" w:after="0" w:afterAutospacing="off" w:line="240" w:lineRule="auto"/>
        <w:ind w:left="720" w:right="0" w:hanging="360"/>
        <w:jc w:val="both"/>
        <w:rPr>
          <w:rFonts w:ascii="Times New Roman" w:hAnsi="Times New Roman" w:cs="Times New Roman"/>
          <w:sz w:val="24"/>
          <w:szCs w:val="24"/>
        </w:rPr>
      </w:pPr>
      <w:r w:rsidRPr="14DA2140" w:rsidR="009E187A">
        <w:rPr>
          <w:rFonts w:ascii="Times New Roman" w:hAnsi="Times New Roman" w:cs="Times New Roman"/>
          <w:sz w:val="24"/>
          <w:szCs w:val="24"/>
        </w:rPr>
        <w:t>sihtrühma</w:t>
      </w:r>
      <w:r w:rsidRPr="14DA2140" w:rsidR="009E187A">
        <w:rPr>
          <w:rFonts w:ascii="Times New Roman" w:hAnsi="Times New Roman" w:cs="Times New Roman"/>
          <w:sz w:val="24"/>
          <w:szCs w:val="24"/>
        </w:rPr>
        <w:t xml:space="preserve"> </w:t>
      </w:r>
      <w:r w:rsidRPr="14DA2140" w:rsidR="009E187A">
        <w:rPr>
          <w:rFonts w:ascii="Times New Roman" w:hAnsi="Times New Roman" w:cs="Times New Roman"/>
          <w:sz w:val="24"/>
          <w:szCs w:val="24"/>
        </w:rPr>
        <w:t>õpetamise</w:t>
      </w:r>
      <w:r w:rsidRPr="14DA2140" w:rsidR="009E187A">
        <w:rPr>
          <w:rFonts w:ascii="Times New Roman" w:hAnsi="Times New Roman" w:cs="Times New Roman"/>
          <w:sz w:val="24"/>
          <w:szCs w:val="24"/>
        </w:rPr>
        <w:t xml:space="preserve"> </w:t>
      </w:r>
      <w:r w:rsidRPr="14DA2140" w:rsidR="009E187A">
        <w:rPr>
          <w:rFonts w:ascii="Times New Roman" w:hAnsi="Times New Roman" w:cs="Times New Roman"/>
          <w:sz w:val="24"/>
          <w:szCs w:val="24"/>
        </w:rPr>
        <w:t>kogemus</w:t>
      </w:r>
      <w:r w:rsidRPr="14DA2140" w:rsidR="009E187A">
        <w:rPr>
          <w:rFonts w:ascii="Times New Roman" w:hAnsi="Times New Roman" w:cs="Times New Roman"/>
          <w:sz w:val="24"/>
          <w:szCs w:val="24"/>
        </w:rPr>
        <w:t xml:space="preserve">; </w:t>
      </w:r>
    </w:p>
    <w:p w:rsidR="00BF18A2" w:rsidP="5756E477" w:rsidRDefault="00BF18A2" w14:paraId="1B797831" w14:textId="56D65458">
      <w:pPr>
        <w:pStyle w:val="Normaallaad"/>
        <w:numPr>
          <w:ilvl w:val="0"/>
          <w:numId w:val="30"/>
        </w:numPr>
        <w:suppressLineNumbers w:val="0"/>
        <w:bidi w:val="0"/>
        <w:spacing w:before="0" w:beforeAutospacing="off" w:after="0" w:afterAutospacing="off" w:line="240" w:lineRule="auto"/>
        <w:ind w:left="720" w:right="0" w:hanging="360"/>
        <w:jc w:val="both"/>
        <w:rPr>
          <w:rFonts w:ascii="Times New Roman" w:hAnsi="Times New Roman" w:cs="Times New Roman"/>
          <w:sz w:val="24"/>
          <w:szCs w:val="24"/>
        </w:rPr>
      </w:pPr>
      <w:r w:rsidRPr="5756E477" w:rsidR="009E187A">
        <w:rPr>
          <w:rFonts w:ascii="Times New Roman" w:hAnsi="Times New Roman" w:cs="Times New Roman"/>
          <w:sz w:val="24"/>
          <w:szCs w:val="24"/>
        </w:rPr>
        <w:t xml:space="preserve">kutseõppe õppekava rakendamise kogemus; </w:t>
      </w:r>
    </w:p>
    <w:p w:rsidR="00BF18A2" w:rsidP="5756E477" w:rsidRDefault="00BF18A2" w14:paraId="30285E9A" w14:textId="52463DD8">
      <w:pPr>
        <w:pStyle w:val="Normaallaad"/>
        <w:numPr>
          <w:ilvl w:val="0"/>
          <w:numId w:val="30"/>
        </w:numPr>
        <w:suppressLineNumbers w:val="0"/>
        <w:bidi w:val="0"/>
        <w:spacing w:before="0" w:beforeAutospacing="off" w:after="0" w:afterAutospacing="off" w:line="240" w:lineRule="auto"/>
        <w:ind w:left="720" w:right="0" w:hanging="360"/>
        <w:jc w:val="both"/>
        <w:rPr>
          <w:rFonts w:ascii="Times New Roman" w:hAnsi="Times New Roman" w:cs="Times New Roman"/>
          <w:sz w:val="24"/>
          <w:szCs w:val="24"/>
        </w:rPr>
      </w:pPr>
      <w:r w:rsidRPr="14DA2140" w:rsidR="5FFC5164">
        <w:rPr>
          <w:rFonts w:ascii="Times New Roman" w:hAnsi="Times New Roman" w:cs="Times New Roman"/>
          <w:sz w:val="24"/>
          <w:szCs w:val="24"/>
        </w:rPr>
        <w:t>varasem</w:t>
      </w:r>
      <w:r w:rsidRPr="14DA2140" w:rsidR="5FFC5164">
        <w:rPr>
          <w:rFonts w:ascii="Times New Roman" w:hAnsi="Times New Roman" w:cs="Times New Roman"/>
          <w:sz w:val="24"/>
          <w:szCs w:val="24"/>
        </w:rPr>
        <w:t xml:space="preserve"> </w:t>
      </w:r>
      <w:r w:rsidRPr="14DA2140" w:rsidR="009E187A">
        <w:rPr>
          <w:rFonts w:ascii="Times New Roman" w:hAnsi="Times New Roman" w:cs="Times New Roman"/>
          <w:sz w:val="24"/>
          <w:szCs w:val="24"/>
        </w:rPr>
        <w:t>õppekavaarenduse</w:t>
      </w:r>
      <w:r w:rsidRPr="14DA2140" w:rsidR="009E187A">
        <w:rPr>
          <w:rFonts w:ascii="Times New Roman" w:hAnsi="Times New Roman" w:cs="Times New Roman"/>
          <w:sz w:val="24"/>
          <w:szCs w:val="24"/>
        </w:rPr>
        <w:t xml:space="preserve"> </w:t>
      </w:r>
      <w:r w:rsidRPr="14DA2140" w:rsidR="009E187A">
        <w:rPr>
          <w:rFonts w:ascii="Times New Roman" w:hAnsi="Times New Roman" w:cs="Times New Roman"/>
          <w:sz w:val="24"/>
          <w:szCs w:val="24"/>
        </w:rPr>
        <w:t>pädevus</w:t>
      </w:r>
      <w:r w:rsidRPr="14DA2140" w:rsidR="009E187A">
        <w:rPr>
          <w:rFonts w:ascii="Times New Roman" w:hAnsi="Times New Roman" w:cs="Times New Roman"/>
          <w:sz w:val="24"/>
          <w:szCs w:val="24"/>
        </w:rPr>
        <w:t xml:space="preserve">; </w:t>
      </w:r>
    </w:p>
    <w:p w:rsidR="00BF18A2" w:rsidP="5756E477" w:rsidRDefault="00BF18A2" w14:paraId="6D5B799F" w14:textId="65DE0751">
      <w:pPr>
        <w:pStyle w:val="Normaallaad"/>
        <w:numPr>
          <w:ilvl w:val="0"/>
          <w:numId w:val="30"/>
        </w:numPr>
        <w:suppressLineNumbers w:val="0"/>
        <w:bidi w:val="0"/>
        <w:spacing w:before="0" w:beforeAutospacing="off" w:after="0" w:afterAutospacing="off" w:line="240" w:lineRule="auto"/>
        <w:ind w:left="720" w:right="0" w:hanging="360"/>
        <w:jc w:val="both"/>
        <w:rPr>
          <w:rFonts w:ascii="Times New Roman" w:hAnsi="Times New Roman" w:cs="Times New Roman"/>
          <w:sz w:val="24"/>
          <w:szCs w:val="24"/>
        </w:rPr>
      </w:pPr>
      <w:r w:rsidRPr="5756E477" w:rsidR="009E187A">
        <w:rPr>
          <w:rFonts w:ascii="Times New Roman" w:hAnsi="Times New Roman" w:cs="Times New Roman"/>
          <w:sz w:val="24"/>
          <w:szCs w:val="24"/>
        </w:rPr>
        <w:t>valdkonna töömaailma ja oskusvajaduste tundmine.</w:t>
      </w:r>
    </w:p>
    <w:p w:rsidR="00BF18A2" w:rsidP="5756E477" w:rsidRDefault="00BF18A2" w14:paraId="655C3CAB" w14:textId="363A83D9">
      <w:pPr>
        <w:pStyle w:val="Normaallaad"/>
        <w:suppressLineNumbers w:val="0"/>
        <w:bidi w:val="0"/>
        <w:spacing w:before="0" w:beforeAutospacing="off" w:after="0" w:afterAutospacing="off" w:line="240" w:lineRule="auto"/>
        <w:ind w:left="720" w:right="0" w:hanging="360"/>
        <w:jc w:val="both"/>
        <w:rPr>
          <w:rFonts w:ascii="Times New Roman" w:hAnsi="Times New Roman" w:cs="Times New Roman"/>
          <w:sz w:val="24"/>
          <w:szCs w:val="24"/>
          <w:lang w:val="et-EE"/>
        </w:rPr>
      </w:pPr>
    </w:p>
    <w:p w:rsidRPr="00D22C81" w:rsidR="0012620E" w:rsidP="007F19D0" w:rsidRDefault="0012620E" w14:paraId="736C8796" w14:textId="422620C2">
      <w:pPr>
        <w:spacing w:after="0" w:line="240" w:lineRule="auto"/>
        <w:jc w:val="both"/>
      </w:pPr>
      <w:r w:rsidRPr="5606CB5C" w:rsidR="0012620E">
        <w:rPr>
          <w:rFonts w:ascii="Times New Roman" w:hAnsi="Times New Roman" w:cs="Times New Roman"/>
          <w:sz w:val="24"/>
          <w:szCs w:val="24"/>
          <w:lang w:val="et-EE"/>
        </w:rPr>
        <w:t xml:space="preserve">Meeskonna pädevusi hinnatakse tervikuna ning kõik nõutavad pädevused ei pea olema esindatud igal liikmel eraldi. </w:t>
      </w:r>
    </w:p>
    <w:p w:rsidRPr="00D22C81" w:rsidR="0012620E" w:rsidP="5606CB5C" w:rsidRDefault="0012620E" w14:paraId="055C537C" w14:textId="647F8793">
      <w:pPr>
        <w:spacing w:after="0" w:line="240" w:lineRule="auto"/>
        <w:jc w:val="both"/>
        <w:rPr>
          <w:rFonts w:ascii="Times New Roman" w:hAnsi="Times New Roman" w:cs="Times New Roman"/>
          <w:sz w:val="24"/>
          <w:szCs w:val="24"/>
          <w:lang w:val="et-EE"/>
        </w:rPr>
      </w:pPr>
    </w:p>
    <w:p w:rsidRPr="00D22C81" w:rsidR="0012620E" w:rsidP="007F19D0" w:rsidRDefault="0012620E" w14:paraId="06FFB4FA" w14:textId="484218BD">
      <w:pPr>
        <w:spacing w:after="0" w:line="240" w:lineRule="auto"/>
        <w:jc w:val="both"/>
        <w:rPr>
          <w:rFonts w:ascii="Times New Roman" w:hAnsi="Times New Roman" w:cs="Times New Roman"/>
          <w:sz w:val="24"/>
          <w:szCs w:val="24"/>
          <w:lang w:val="et-EE"/>
        </w:rPr>
      </w:pPr>
      <w:r w:rsidRPr="5606CB5C" w:rsidR="75B0401D">
        <w:rPr>
          <w:rFonts w:ascii="Times New Roman" w:hAnsi="Times New Roman" w:cs="Times New Roman"/>
          <w:sz w:val="24"/>
          <w:szCs w:val="24"/>
          <w:lang w:val="et-EE"/>
        </w:rPr>
        <w:t>Pakkumuste h</w:t>
      </w:r>
      <w:r w:rsidRPr="5606CB5C" w:rsidR="0012620E">
        <w:rPr>
          <w:rFonts w:ascii="Times New Roman" w:hAnsi="Times New Roman" w:cs="Times New Roman"/>
          <w:sz w:val="24"/>
          <w:szCs w:val="24"/>
          <w:lang w:val="et-EE"/>
        </w:rPr>
        <w:t>indamisel arvestatakse meeskonnaliikmete asjakohase kogemuse ja pädevuse tugevust, mitmekesisust</w:t>
      </w:r>
      <w:r w:rsidRPr="5606CB5C" w:rsidR="00BF18A2">
        <w:rPr>
          <w:rFonts w:ascii="Times New Roman" w:hAnsi="Times New Roman" w:cs="Times New Roman"/>
          <w:sz w:val="24"/>
          <w:szCs w:val="24"/>
          <w:lang w:val="et-EE"/>
        </w:rPr>
        <w:t xml:space="preserve">, </w:t>
      </w:r>
      <w:r w:rsidRPr="5606CB5C" w:rsidR="0012620E">
        <w:rPr>
          <w:rFonts w:ascii="Times New Roman" w:hAnsi="Times New Roman" w:cs="Times New Roman"/>
          <w:sz w:val="24"/>
          <w:szCs w:val="24"/>
          <w:lang w:val="et-EE"/>
        </w:rPr>
        <w:t>vastastikust täiendavust ning kavandatud rollide ja panuse selgust.</w:t>
      </w:r>
      <w:r w:rsidRPr="5606CB5C" w:rsidR="51B9B7CB">
        <w:rPr>
          <w:rFonts w:ascii="Times New Roman" w:hAnsi="Times New Roman" w:cs="Times New Roman"/>
          <w:sz w:val="24"/>
          <w:szCs w:val="24"/>
          <w:lang w:val="et-EE"/>
        </w:rPr>
        <w:t xml:space="preserve"> </w:t>
      </w:r>
      <w:r w:rsidRPr="5606CB5C" w:rsidR="6AD45AD3">
        <w:rPr>
          <w:rFonts w:ascii="Times New Roman" w:hAnsi="Times New Roman" w:cs="Times New Roman"/>
          <w:sz w:val="24"/>
          <w:szCs w:val="24"/>
          <w:lang w:val="et-EE"/>
        </w:rPr>
        <w:t xml:space="preserve"> </w:t>
      </w:r>
    </w:p>
    <w:p w:rsidRPr="00D22C81" w:rsidR="0012620E" w:rsidP="007F19D0" w:rsidRDefault="0012620E" w14:paraId="1ACE8D79" w14:textId="77777777">
      <w:pPr>
        <w:spacing w:after="0" w:line="240" w:lineRule="auto"/>
        <w:jc w:val="both"/>
        <w:rPr>
          <w:rFonts w:ascii="Times New Roman" w:hAnsi="Times New Roman" w:cs="Times New Roman"/>
          <w:sz w:val="24"/>
          <w:szCs w:val="24"/>
          <w:lang w:val="et-EE"/>
        </w:rPr>
      </w:pPr>
    </w:p>
    <w:p w:rsidRPr="00D22C81" w:rsidR="0012620E" w:rsidP="007F19D0" w:rsidRDefault="0012620E" w14:paraId="4ABDD5C0" w14:textId="4C24E10D">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Arendusmeeskonna koosseis ja liikmete andmed esitatakse konkursikutse lisas toodud vormil</w:t>
      </w:r>
      <w:r w:rsidR="00BF18A2">
        <w:rPr>
          <w:rFonts w:ascii="Times New Roman" w:hAnsi="Times New Roman" w:cs="Times New Roman"/>
          <w:sz w:val="24"/>
          <w:szCs w:val="24"/>
          <w:lang w:val="et-EE"/>
        </w:rPr>
        <w:t xml:space="preserve"> (vt Lisa 1</w:t>
      </w:r>
      <w:r w:rsidR="00C612F4">
        <w:rPr>
          <w:rFonts w:ascii="Times New Roman" w:hAnsi="Times New Roman" w:cs="Times New Roman"/>
          <w:sz w:val="24"/>
          <w:szCs w:val="24"/>
          <w:lang w:val="et-EE"/>
        </w:rPr>
        <w:t>, II</w:t>
      </w:r>
      <w:r w:rsidR="00BF18A2">
        <w:rPr>
          <w:rFonts w:ascii="Times New Roman" w:hAnsi="Times New Roman" w:cs="Times New Roman"/>
          <w:sz w:val="24"/>
          <w:szCs w:val="24"/>
          <w:lang w:val="et-EE"/>
        </w:rPr>
        <w:t>)</w:t>
      </w:r>
      <w:r w:rsidRPr="00D22C81">
        <w:rPr>
          <w:rFonts w:ascii="Times New Roman" w:hAnsi="Times New Roman" w:cs="Times New Roman"/>
          <w:sz w:val="24"/>
          <w:szCs w:val="24"/>
          <w:lang w:val="et-EE"/>
        </w:rPr>
        <w:t>.</w:t>
      </w:r>
      <w:r w:rsidR="00BF18A2">
        <w:rPr>
          <w:rFonts w:ascii="Times New Roman" w:hAnsi="Times New Roman" w:cs="Times New Roman"/>
          <w:sz w:val="24"/>
          <w:szCs w:val="24"/>
          <w:lang w:val="et-EE"/>
        </w:rPr>
        <w:t xml:space="preserve"> </w:t>
      </w:r>
      <w:r w:rsidRPr="00D22C81">
        <w:rPr>
          <w:rFonts w:ascii="Times New Roman" w:hAnsi="Times New Roman" w:cs="Times New Roman"/>
          <w:sz w:val="24"/>
          <w:szCs w:val="24"/>
          <w:lang w:val="et-EE"/>
        </w:rPr>
        <w:t>Valituks osutunud meeskond moodustab raamõppekava arendustöörühma tuumiku. Haridus- ja Teadusministeeriumil on õigus teha ettepanek kaasata töörühma täiendavaid eksperte või teha erinevate ideekavandite esitajatele ettepanek koostööks.</w:t>
      </w:r>
    </w:p>
    <w:p w:rsidRPr="00D22C81" w:rsidR="0012620E" w:rsidP="007F19D0" w:rsidRDefault="0012620E" w14:paraId="6FBDF0DA" w14:textId="77777777">
      <w:pPr>
        <w:spacing w:after="0" w:line="240" w:lineRule="auto"/>
        <w:jc w:val="both"/>
        <w:rPr>
          <w:rFonts w:ascii="Times New Roman" w:hAnsi="Times New Roman" w:cs="Times New Roman"/>
          <w:sz w:val="24"/>
          <w:szCs w:val="24"/>
          <w:lang w:val="et-EE"/>
        </w:rPr>
      </w:pPr>
    </w:p>
    <w:p w:rsidRPr="007D069D" w:rsidR="0012620E" w:rsidP="00BF18A2" w:rsidRDefault="00C612F4" w14:paraId="64CDD926" w14:textId="6B41E492">
      <w:pPr>
        <w:pStyle w:val="Pealkiri2"/>
        <w:rPr>
          <w:sz w:val="28"/>
          <w:szCs w:val="32"/>
          <w:lang w:val="et-EE"/>
        </w:rPr>
      </w:pPr>
      <w:r>
        <w:rPr>
          <w:sz w:val="28"/>
          <w:szCs w:val="32"/>
          <w:lang w:val="et-EE"/>
        </w:rPr>
        <w:t>5</w:t>
      </w:r>
      <w:r w:rsidRPr="007D069D" w:rsidR="00BF18A2">
        <w:rPr>
          <w:sz w:val="28"/>
          <w:szCs w:val="32"/>
          <w:lang w:val="et-EE"/>
        </w:rPr>
        <w:t>. Pakkumuse esitamine ja konkursi ajakava</w:t>
      </w:r>
    </w:p>
    <w:p w:rsidRPr="00BF18A2" w:rsidR="0012620E" w:rsidP="007F19D0" w:rsidRDefault="0012620E" w14:paraId="4A013866" w14:textId="5EC0869B">
      <w:pPr>
        <w:spacing w:after="0" w:line="240" w:lineRule="auto"/>
        <w:jc w:val="both"/>
        <w:rPr>
          <w:rFonts w:ascii="Times New Roman" w:hAnsi="Times New Roman" w:cs="Times New Roman"/>
          <w:sz w:val="24"/>
          <w:szCs w:val="24"/>
          <w:lang w:val="et-EE"/>
        </w:rPr>
      </w:pPr>
      <w:r w:rsidRPr="7AE03DAF" w:rsidR="0012620E">
        <w:rPr>
          <w:rFonts w:ascii="Times New Roman" w:hAnsi="Times New Roman" w:cs="Times New Roman"/>
          <w:sz w:val="24"/>
          <w:szCs w:val="24"/>
          <w:lang w:val="et-EE"/>
        </w:rPr>
        <w:t>Raamõppekava ideekavand koos arendusmeeskonna andmete</w:t>
      </w:r>
      <w:r w:rsidRPr="7AE03DAF" w:rsidR="00BF18A2">
        <w:rPr>
          <w:rFonts w:ascii="Times New Roman" w:hAnsi="Times New Roman" w:cs="Times New Roman"/>
          <w:sz w:val="24"/>
          <w:szCs w:val="24"/>
          <w:lang w:val="et-EE"/>
        </w:rPr>
        <w:t xml:space="preserve">ga </w:t>
      </w:r>
      <w:r w:rsidRPr="7AE03DAF" w:rsidR="0012620E">
        <w:rPr>
          <w:rFonts w:ascii="Times New Roman" w:hAnsi="Times New Roman" w:cs="Times New Roman"/>
          <w:sz w:val="24"/>
          <w:szCs w:val="24"/>
          <w:lang w:val="et-EE"/>
        </w:rPr>
        <w:t>esitatakse konkursikutse lisas</w:t>
      </w:r>
      <w:r w:rsidRPr="7AE03DAF" w:rsidR="00BF18A2">
        <w:rPr>
          <w:rFonts w:ascii="Times New Roman" w:hAnsi="Times New Roman" w:cs="Times New Roman"/>
          <w:sz w:val="24"/>
          <w:szCs w:val="24"/>
          <w:lang w:val="et-EE"/>
        </w:rPr>
        <w:t xml:space="preserve"> (vt Lisa </w:t>
      </w:r>
      <w:r w:rsidRPr="7AE03DAF" w:rsidR="00C612F4">
        <w:rPr>
          <w:rFonts w:ascii="Times New Roman" w:hAnsi="Times New Roman" w:cs="Times New Roman"/>
          <w:sz w:val="24"/>
          <w:szCs w:val="24"/>
          <w:lang w:val="et-EE"/>
        </w:rPr>
        <w:t>1</w:t>
      </w:r>
      <w:r w:rsidRPr="7AE03DAF" w:rsidR="00BF18A2">
        <w:rPr>
          <w:rFonts w:ascii="Times New Roman" w:hAnsi="Times New Roman" w:cs="Times New Roman"/>
          <w:sz w:val="24"/>
          <w:szCs w:val="24"/>
          <w:lang w:val="et-EE"/>
        </w:rPr>
        <w:t>)</w:t>
      </w:r>
      <w:r w:rsidRPr="7AE03DAF" w:rsidR="0012620E">
        <w:rPr>
          <w:rFonts w:ascii="Times New Roman" w:hAnsi="Times New Roman" w:cs="Times New Roman"/>
          <w:sz w:val="24"/>
          <w:szCs w:val="24"/>
          <w:lang w:val="et-EE"/>
        </w:rPr>
        <w:t xml:space="preserve"> etteantud vormil Haridus- ja Teadusministeeriumi e-posti aadressil </w:t>
      </w:r>
      <w:hyperlink r:id="Rc2062940dda24119">
        <w:r w:rsidRPr="7AE03DAF" w:rsidR="0012620E">
          <w:rPr>
            <w:rStyle w:val="Hperlink"/>
            <w:rFonts w:ascii="Times New Roman" w:hAnsi="Times New Roman" w:cs="Times New Roman"/>
            <w:sz w:val="24"/>
            <w:szCs w:val="24"/>
            <w:lang w:val="et-EE"/>
          </w:rPr>
          <w:t>hm@hm.ee</w:t>
        </w:r>
      </w:hyperlink>
      <w:r w:rsidRPr="7AE03DAF" w:rsidR="0012620E">
        <w:rPr>
          <w:rFonts w:ascii="Times New Roman" w:hAnsi="Times New Roman" w:cs="Times New Roman"/>
          <w:sz w:val="24"/>
          <w:szCs w:val="24"/>
          <w:lang w:val="et-EE"/>
        </w:rPr>
        <w:t xml:space="preserve">. </w:t>
      </w:r>
      <w:r w:rsidRPr="7AE03DAF" w:rsidR="0012620E">
        <w:rPr>
          <w:rFonts w:ascii="Times New Roman" w:hAnsi="Times New Roman" w:cs="Times New Roman"/>
          <w:sz w:val="24"/>
          <w:szCs w:val="24"/>
          <w:lang w:val="et-EE"/>
        </w:rPr>
        <w:t>Kirja teemareale märkida „3. taseme kutseõppe õppekava konkurss“.</w:t>
      </w:r>
      <w:r w:rsidRPr="7AE03DAF" w:rsidR="00BF18A2">
        <w:rPr>
          <w:rFonts w:ascii="Times New Roman" w:hAnsi="Times New Roman" w:cs="Times New Roman"/>
          <w:sz w:val="24"/>
          <w:szCs w:val="24"/>
          <w:lang w:val="et-EE"/>
        </w:rPr>
        <w:t xml:space="preserve"> </w:t>
      </w:r>
      <w:r w:rsidRPr="7AE03DAF" w:rsidR="0012620E">
        <w:rPr>
          <w:rFonts w:ascii="Times New Roman" w:hAnsi="Times New Roman" w:cs="Times New Roman"/>
          <w:sz w:val="24"/>
          <w:szCs w:val="24"/>
          <w:lang w:val="et-EE"/>
        </w:rPr>
        <w:t xml:space="preserve">Ideekavandite esitamise tähtaeg on </w:t>
      </w:r>
      <w:r w:rsidRPr="7AE03DAF" w:rsidR="00BF18A2">
        <w:rPr>
          <w:rFonts w:ascii="Times New Roman" w:hAnsi="Times New Roman" w:cs="Times New Roman"/>
          <w:b w:val="1"/>
          <w:bCs w:val="1"/>
          <w:sz w:val="24"/>
          <w:szCs w:val="24"/>
          <w:lang w:val="et-EE"/>
        </w:rPr>
        <w:t>12</w:t>
      </w:r>
      <w:r w:rsidRPr="7AE03DAF" w:rsidR="0012620E">
        <w:rPr>
          <w:rFonts w:ascii="Times New Roman" w:hAnsi="Times New Roman" w:cs="Times New Roman"/>
          <w:b w:val="1"/>
          <w:bCs w:val="1"/>
          <w:sz w:val="24"/>
          <w:szCs w:val="24"/>
          <w:lang w:val="et-EE"/>
        </w:rPr>
        <w:t xml:space="preserve">. </w:t>
      </w:r>
      <w:r w:rsidRPr="7AE03DAF" w:rsidR="00BF18A2">
        <w:rPr>
          <w:rFonts w:ascii="Times New Roman" w:hAnsi="Times New Roman" w:cs="Times New Roman"/>
          <w:b w:val="1"/>
          <w:bCs w:val="1"/>
          <w:sz w:val="24"/>
          <w:szCs w:val="24"/>
          <w:lang w:val="et-EE"/>
        </w:rPr>
        <w:t>oktoober</w:t>
      </w:r>
      <w:r w:rsidRPr="7AE03DAF" w:rsidR="0012620E">
        <w:rPr>
          <w:rFonts w:ascii="Times New Roman" w:hAnsi="Times New Roman" w:cs="Times New Roman"/>
          <w:b w:val="1"/>
          <w:bCs w:val="1"/>
          <w:sz w:val="24"/>
          <w:szCs w:val="24"/>
          <w:lang w:val="et-EE"/>
        </w:rPr>
        <w:t xml:space="preserve"> 2026</w:t>
      </w:r>
      <w:r w:rsidRPr="7AE03DAF" w:rsidR="0012620E">
        <w:rPr>
          <w:rFonts w:ascii="Times New Roman" w:hAnsi="Times New Roman" w:cs="Times New Roman"/>
          <w:sz w:val="24"/>
          <w:szCs w:val="24"/>
          <w:lang w:val="et-EE"/>
        </w:rPr>
        <w:t xml:space="preserve">. </w:t>
      </w:r>
    </w:p>
    <w:p w:rsidRPr="00BF18A2" w:rsidR="0012620E" w:rsidP="007F19D0" w:rsidRDefault="0012620E" w14:paraId="2BDD8A1B" w14:textId="77777777">
      <w:pPr>
        <w:spacing w:after="0" w:line="240" w:lineRule="auto"/>
        <w:jc w:val="both"/>
        <w:rPr>
          <w:rFonts w:ascii="Times New Roman" w:hAnsi="Times New Roman" w:cs="Times New Roman"/>
          <w:sz w:val="24"/>
          <w:szCs w:val="24"/>
          <w:lang w:val="et-EE"/>
        </w:rPr>
      </w:pPr>
    </w:p>
    <w:p w:rsidRPr="00D22C81" w:rsidR="0012620E" w:rsidP="007F19D0" w:rsidRDefault="0012620E" w14:paraId="6D07FA9C" w14:textId="25EC8A4E">
      <w:pPr>
        <w:spacing w:after="0" w:line="240" w:lineRule="auto"/>
        <w:jc w:val="both"/>
        <w:rPr>
          <w:rFonts w:ascii="Times New Roman" w:hAnsi="Times New Roman" w:cs="Times New Roman"/>
          <w:sz w:val="24"/>
          <w:szCs w:val="24"/>
          <w:lang w:val="et-EE"/>
        </w:rPr>
      </w:pPr>
      <w:r w:rsidRPr="00BF18A2">
        <w:rPr>
          <w:rFonts w:ascii="Times New Roman" w:hAnsi="Times New Roman" w:cs="Times New Roman"/>
          <w:sz w:val="24"/>
          <w:szCs w:val="24"/>
          <w:lang w:val="et-EE"/>
        </w:rPr>
        <w:t>Tähtajaks esitatud ja konkursitingimustele vastavaid ideekavandeid hindab Haridus- ja</w:t>
      </w:r>
      <w:r w:rsidRPr="00D22C81">
        <w:rPr>
          <w:rFonts w:ascii="Times New Roman" w:hAnsi="Times New Roman" w:cs="Times New Roman"/>
          <w:sz w:val="24"/>
          <w:szCs w:val="24"/>
          <w:lang w:val="et-EE"/>
        </w:rPr>
        <w:t xml:space="preserve"> Teadusministeeriumi moodustatud hindamiskomisjon konkursikutses sätestatud hindamiskriteeriumide alusel</w:t>
      </w:r>
      <w:r w:rsidR="00BF18A2">
        <w:rPr>
          <w:rFonts w:ascii="Times New Roman" w:hAnsi="Times New Roman" w:cs="Times New Roman"/>
          <w:sz w:val="24"/>
          <w:szCs w:val="24"/>
          <w:lang w:val="et-EE"/>
        </w:rPr>
        <w:t xml:space="preserve"> (vt </w:t>
      </w:r>
      <w:r w:rsidR="00FD16E6">
        <w:rPr>
          <w:rFonts w:ascii="Times New Roman" w:hAnsi="Times New Roman" w:cs="Times New Roman"/>
          <w:sz w:val="24"/>
          <w:szCs w:val="24"/>
          <w:lang w:val="et-EE"/>
        </w:rPr>
        <w:t xml:space="preserve">Punkt </w:t>
      </w:r>
      <w:r w:rsidR="00C612F4">
        <w:rPr>
          <w:rFonts w:ascii="Times New Roman" w:hAnsi="Times New Roman" w:cs="Times New Roman"/>
          <w:sz w:val="24"/>
          <w:szCs w:val="24"/>
          <w:lang w:val="et-EE"/>
        </w:rPr>
        <w:t>7</w:t>
      </w:r>
      <w:r w:rsidR="00BF18A2">
        <w:rPr>
          <w:rFonts w:ascii="Times New Roman" w:hAnsi="Times New Roman" w:cs="Times New Roman"/>
          <w:sz w:val="24"/>
          <w:szCs w:val="24"/>
          <w:lang w:val="et-EE"/>
        </w:rPr>
        <w:t>)</w:t>
      </w:r>
      <w:r w:rsidRPr="00D22C81">
        <w:rPr>
          <w:rFonts w:ascii="Times New Roman" w:hAnsi="Times New Roman" w:cs="Times New Roman"/>
          <w:sz w:val="24"/>
          <w:szCs w:val="24"/>
          <w:lang w:val="et-EE"/>
        </w:rPr>
        <w:t>.</w:t>
      </w:r>
      <w:r w:rsidR="00FD16E6">
        <w:rPr>
          <w:rFonts w:ascii="Times New Roman" w:hAnsi="Times New Roman" w:cs="Times New Roman"/>
          <w:sz w:val="24"/>
          <w:szCs w:val="24"/>
          <w:lang w:val="et-EE"/>
        </w:rPr>
        <w:t xml:space="preserve"> Hindamine toimub vahemikus 13. kuni 23. oktoober 2026. </w:t>
      </w:r>
    </w:p>
    <w:p w:rsidR="00EA4498" w:rsidP="007F19D0" w:rsidRDefault="00EA4498" w14:paraId="367EAA99" w14:textId="77777777">
      <w:pPr>
        <w:spacing w:after="0" w:line="240" w:lineRule="auto"/>
        <w:jc w:val="both"/>
        <w:rPr>
          <w:rFonts w:ascii="Times New Roman" w:hAnsi="Times New Roman" w:cs="Times New Roman"/>
          <w:sz w:val="24"/>
          <w:szCs w:val="24"/>
          <w:lang w:val="et-EE"/>
        </w:rPr>
      </w:pPr>
    </w:p>
    <w:p w:rsidR="0012620E" w:rsidP="007F19D0" w:rsidRDefault="0012620E" w14:paraId="6626137A" w14:textId="35C34E8D">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Konkursi tulemusel valitakse välja viis kuni kaheksa 3. taseme kutseõppe raamõppekava ideekavandit koos nende arendusmeeskondadega, mille alusel töötab ideekavandi esitanud arendusmeeskond välja 3. taseme kutseõppe raamõppekavad.</w:t>
      </w:r>
      <w:r w:rsidR="00EA4498">
        <w:rPr>
          <w:rFonts w:ascii="Times New Roman" w:hAnsi="Times New Roman" w:cs="Times New Roman"/>
          <w:sz w:val="24"/>
          <w:szCs w:val="24"/>
          <w:lang w:val="et-EE"/>
        </w:rPr>
        <w:t xml:space="preserve"> Õppekavaarendus toimub vastavalt tegevuskavale (vt Lisa </w:t>
      </w:r>
      <w:r w:rsidR="00FD16E6">
        <w:rPr>
          <w:rFonts w:ascii="Times New Roman" w:hAnsi="Times New Roman" w:cs="Times New Roman"/>
          <w:sz w:val="24"/>
          <w:szCs w:val="24"/>
          <w:lang w:val="et-EE"/>
        </w:rPr>
        <w:t>2</w:t>
      </w:r>
      <w:r w:rsidR="00EA4498">
        <w:rPr>
          <w:rFonts w:ascii="Times New Roman" w:hAnsi="Times New Roman" w:cs="Times New Roman"/>
          <w:sz w:val="24"/>
          <w:szCs w:val="24"/>
          <w:lang w:val="et-EE"/>
        </w:rPr>
        <w:t>).</w:t>
      </w:r>
    </w:p>
    <w:p w:rsidR="00C612F4" w:rsidP="007F19D0" w:rsidRDefault="00C612F4" w14:paraId="71BE7DF0" w14:textId="77777777">
      <w:pPr>
        <w:spacing w:after="0" w:line="240" w:lineRule="auto"/>
        <w:jc w:val="both"/>
        <w:rPr>
          <w:rFonts w:ascii="Times New Roman" w:hAnsi="Times New Roman" w:cs="Times New Roman"/>
          <w:sz w:val="24"/>
          <w:szCs w:val="24"/>
          <w:lang w:val="et-EE"/>
        </w:rPr>
      </w:pPr>
    </w:p>
    <w:p w:rsidRPr="00D22C81" w:rsidR="00C612F4" w:rsidP="00C612F4" w:rsidRDefault="00C612F4" w14:paraId="51E71DE0" w14:textId="77777777">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Raamõppekavade (kooli õppekava näidis, ilma rakenduskavata) valmimise </w:t>
      </w:r>
      <w:r w:rsidRPr="00D22C81">
        <w:rPr>
          <w:rFonts w:ascii="Times New Roman" w:hAnsi="Times New Roman" w:cs="Times New Roman"/>
          <w:b/>
          <w:bCs/>
          <w:sz w:val="24"/>
          <w:szCs w:val="24"/>
          <w:lang w:val="et-EE"/>
        </w:rPr>
        <w:t xml:space="preserve">tähtaeg </w:t>
      </w:r>
      <w:r>
        <w:rPr>
          <w:rFonts w:ascii="Times New Roman" w:hAnsi="Times New Roman" w:cs="Times New Roman"/>
          <w:b/>
          <w:bCs/>
          <w:sz w:val="24"/>
          <w:szCs w:val="24"/>
          <w:lang w:val="et-EE"/>
        </w:rPr>
        <w:t>o</w:t>
      </w:r>
      <w:r w:rsidRPr="00D22C81">
        <w:rPr>
          <w:rFonts w:ascii="Times New Roman" w:hAnsi="Times New Roman" w:cs="Times New Roman"/>
          <w:b/>
          <w:bCs/>
          <w:sz w:val="24"/>
          <w:szCs w:val="24"/>
          <w:lang w:val="et-EE"/>
        </w:rPr>
        <w:t>n</w:t>
      </w:r>
      <w:r>
        <w:rPr>
          <w:rFonts w:ascii="Times New Roman" w:hAnsi="Times New Roman" w:cs="Times New Roman"/>
          <w:b/>
          <w:bCs/>
          <w:sz w:val="24"/>
          <w:szCs w:val="24"/>
          <w:lang w:val="et-EE"/>
        </w:rPr>
        <w:t xml:space="preserve"> </w:t>
      </w:r>
      <w:r w:rsidRPr="00D22C81">
        <w:rPr>
          <w:rFonts w:ascii="Times New Roman" w:hAnsi="Times New Roman" w:cs="Times New Roman"/>
          <w:b/>
          <w:bCs/>
          <w:sz w:val="24"/>
          <w:szCs w:val="24"/>
          <w:lang w:val="et-EE"/>
        </w:rPr>
        <w:t>15.jaanuar</w:t>
      </w:r>
      <w:r>
        <w:rPr>
          <w:rFonts w:ascii="Times New Roman" w:hAnsi="Times New Roman" w:cs="Times New Roman"/>
          <w:b/>
          <w:bCs/>
          <w:sz w:val="24"/>
          <w:szCs w:val="24"/>
          <w:lang w:val="et-EE"/>
        </w:rPr>
        <w:t xml:space="preserve"> </w:t>
      </w:r>
      <w:r w:rsidRPr="00D22C81">
        <w:rPr>
          <w:rFonts w:ascii="Times New Roman" w:hAnsi="Times New Roman" w:cs="Times New Roman"/>
          <w:b/>
          <w:bCs/>
          <w:sz w:val="24"/>
          <w:szCs w:val="24"/>
          <w:lang w:val="et-EE"/>
        </w:rPr>
        <w:t>2027a.</w:t>
      </w:r>
    </w:p>
    <w:p w:rsidR="0012620E" w:rsidP="007F19D0" w:rsidRDefault="0012620E" w14:paraId="48328233" w14:textId="77777777">
      <w:pPr>
        <w:spacing w:after="0" w:line="240" w:lineRule="auto"/>
        <w:jc w:val="both"/>
        <w:rPr>
          <w:rFonts w:ascii="Times New Roman" w:hAnsi="Times New Roman" w:cs="Times New Roman"/>
          <w:sz w:val="24"/>
          <w:szCs w:val="24"/>
          <w:lang w:val="et-EE"/>
        </w:rPr>
      </w:pPr>
    </w:p>
    <w:p w:rsidRPr="00B50505" w:rsidR="00320E88" w:rsidP="00B50505" w:rsidRDefault="00C612F4" w14:paraId="1873A0A9" w14:textId="6FE3BCF6">
      <w:pPr>
        <w:pStyle w:val="Pealkiri2"/>
        <w:rPr>
          <w:sz w:val="28"/>
          <w:szCs w:val="32"/>
          <w:lang w:val="et-EE"/>
        </w:rPr>
      </w:pPr>
      <w:r>
        <w:rPr>
          <w:sz w:val="28"/>
          <w:szCs w:val="32"/>
          <w:lang w:val="et-EE"/>
        </w:rPr>
        <w:t>6</w:t>
      </w:r>
      <w:r w:rsidRPr="00B50505" w:rsidR="00B50505">
        <w:rPr>
          <w:sz w:val="28"/>
          <w:szCs w:val="32"/>
          <w:lang w:val="et-EE"/>
        </w:rPr>
        <w:t xml:space="preserve">. </w:t>
      </w:r>
      <w:r w:rsidRPr="00B50505" w:rsidR="00B41618">
        <w:rPr>
          <w:sz w:val="28"/>
          <w:szCs w:val="32"/>
          <w:lang w:val="et-EE"/>
        </w:rPr>
        <w:t>Nõuded loodavale raamõppekavale</w:t>
      </w:r>
    </w:p>
    <w:p w:rsidRPr="00B50505" w:rsidR="00320E88" w:rsidP="00B50505" w:rsidRDefault="00E21798" w14:paraId="26E72094" w14:textId="209B3D81">
      <w:pPr>
        <w:pStyle w:val="Pealkiri3"/>
        <w:rPr>
          <w:sz w:val="24"/>
          <w:szCs w:val="28"/>
          <w:lang w:val="et-EE"/>
        </w:rPr>
      </w:pPr>
      <w:r>
        <w:rPr>
          <w:sz w:val="24"/>
          <w:szCs w:val="28"/>
          <w:lang w:val="et-EE"/>
        </w:rPr>
        <w:t>6</w:t>
      </w:r>
      <w:r w:rsidRPr="00B50505" w:rsidR="00320E88">
        <w:rPr>
          <w:sz w:val="24"/>
          <w:szCs w:val="28"/>
          <w:lang w:val="et-EE"/>
        </w:rPr>
        <w:t>.1. Õppekava sihtrühm</w:t>
      </w:r>
    </w:p>
    <w:p w:rsidRPr="00D22C81" w:rsidR="00320E88" w:rsidP="007F19D0" w:rsidRDefault="00320E88" w14:paraId="0BD9958D" w14:textId="77777777">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Raamõppekava sihtrühm on kuni 26-aastased noored, kes on lõpetanud põhikooli lihtsustatud riikliku õppekava alusel või vähendatud õpitulemustega ning ei ole omandanud kutsekeskharidust ega kutseharidust.</w:t>
      </w:r>
    </w:p>
    <w:p w:rsidR="00B50505" w:rsidP="007F19D0" w:rsidRDefault="00B50505" w14:paraId="16FF93A6" w14:textId="77777777">
      <w:pPr>
        <w:spacing w:after="0" w:line="240" w:lineRule="auto"/>
        <w:jc w:val="both"/>
        <w:rPr>
          <w:rFonts w:ascii="Times New Roman" w:hAnsi="Times New Roman" w:cs="Times New Roman"/>
          <w:sz w:val="24"/>
          <w:szCs w:val="24"/>
          <w:lang w:val="et-EE"/>
        </w:rPr>
      </w:pPr>
    </w:p>
    <w:p w:rsidRPr="00D22C81" w:rsidR="00320E88" w:rsidP="007F19D0" w:rsidRDefault="00320E88" w14:paraId="354AF626" w14:textId="445F4C51">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Õppekava ülesehituse ja sisu, õppe- ja hindamismeetodite ning õppekorralduse kavandamisel tuleb arvestada sihtrühma eelteadmiste, varasema õpikogemuse ja võimaliku toe vajadusega.</w:t>
      </w:r>
    </w:p>
    <w:p w:rsidRPr="00D22C81" w:rsidR="00B41618" w:rsidP="007F19D0" w:rsidRDefault="00B41618" w14:paraId="3EBCD129" w14:textId="77777777">
      <w:pPr>
        <w:spacing w:after="0" w:line="240" w:lineRule="auto"/>
        <w:jc w:val="both"/>
        <w:rPr>
          <w:rFonts w:ascii="Times New Roman" w:hAnsi="Times New Roman" w:cs="Times New Roman"/>
          <w:b/>
          <w:bCs/>
          <w:sz w:val="24"/>
          <w:szCs w:val="24"/>
          <w:lang w:val="et-EE"/>
        </w:rPr>
      </w:pPr>
    </w:p>
    <w:p w:rsidRPr="00B50505" w:rsidR="00320E88" w:rsidP="00B50505" w:rsidRDefault="00E21798" w14:paraId="17D1E4ED" w14:textId="705162D8">
      <w:pPr>
        <w:pStyle w:val="Pealkiri3"/>
        <w:rPr>
          <w:sz w:val="24"/>
          <w:szCs w:val="28"/>
          <w:lang w:val="et-EE"/>
        </w:rPr>
      </w:pPr>
      <w:r>
        <w:rPr>
          <w:sz w:val="24"/>
          <w:szCs w:val="28"/>
          <w:lang w:val="et-EE"/>
        </w:rPr>
        <w:t>6</w:t>
      </w:r>
      <w:r w:rsidRPr="00B50505" w:rsidR="00320E88">
        <w:rPr>
          <w:sz w:val="24"/>
          <w:szCs w:val="28"/>
          <w:lang w:val="et-EE"/>
        </w:rPr>
        <w:t>.2. Õppekava eesmärk</w:t>
      </w:r>
    </w:p>
    <w:p w:rsidRPr="00D22C81" w:rsidR="00320E88" w:rsidP="007F19D0" w:rsidRDefault="00320E88" w14:paraId="6A4818C2" w14:textId="77777777">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Raamõppekava eesmärk on võimaldada õppijal omandada laiapõhjalised valdkondlikud baasoskused ja üldoskused, mis toetavad iseseisvat toimetulekut ning loovad eeldused tööturule siirdumiseks ja õpingute jätkamiseks.</w:t>
      </w:r>
    </w:p>
    <w:p w:rsidRPr="00D22C81" w:rsidR="00320E88" w:rsidP="007F19D0" w:rsidRDefault="00320E88" w14:paraId="6AEAC14F" w14:textId="77777777">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Õppekava peab võimaldama õppijal omandada oskused, mis:</w:t>
      </w:r>
    </w:p>
    <w:p w:rsidRPr="00D22C81" w:rsidR="00320E88" w:rsidP="007F19D0" w:rsidRDefault="00320E88" w14:paraId="4B06F70C" w14:textId="77777777">
      <w:pPr>
        <w:numPr>
          <w:ilvl w:val="0"/>
          <w:numId w:val="26"/>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võimaldavad rakenduda valdkonna sobivatel töödel ja täita jõukohaseid tööülesandeid;</w:t>
      </w:r>
    </w:p>
    <w:p w:rsidRPr="00D22C81" w:rsidR="00320E88" w:rsidP="007F19D0" w:rsidRDefault="00320E88" w14:paraId="6540713B" w14:textId="77777777">
      <w:pPr>
        <w:numPr>
          <w:ilvl w:val="0"/>
          <w:numId w:val="26"/>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loovad aluse edasiseks spetsialiseerumiseks ja õpingute jätkamiseks;</w:t>
      </w:r>
    </w:p>
    <w:p w:rsidRPr="00D22C81" w:rsidR="00320E88" w:rsidP="007F19D0" w:rsidRDefault="00320E88" w14:paraId="7444D785" w14:textId="77777777">
      <w:pPr>
        <w:numPr>
          <w:ilvl w:val="0"/>
          <w:numId w:val="26"/>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toetavad iseseisvaks eluks vajalike oskuste kujunemist;</w:t>
      </w:r>
    </w:p>
    <w:p w:rsidRPr="00D22C81" w:rsidR="00320E88" w:rsidP="007F19D0" w:rsidRDefault="00320E88" w14:paraId="100D0986" w14:textId="77777777">
      <w:pPr>
        <w:numPr>
          <w:ilvl w:val="0"/>
          <w:numId w:val="26"/>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toetavad tööelus toimetulekuks vajalike üldoskuste ja üldpädevuste arengut.</w:t>
      </w:r>
    </w:p>
    <w:p w:rsidR="00B50505" w:rsidP="007F19D0" w:rsidRDefault="00B50505" w14:paraId="4F8879D1" w14:textId="77777777">
      <w:pPr>
        <w:spacing w:after="0" w:line="240" w:lineRule="auto"/>
        <w:jc w:val="both"/>
        <w:rPr>
          <w:rFonts w:ascii="Times New Roman" w:hAnsi="Times New Roman" w:cs="Times New Roman"/>
          <w:b/>
          <w:bCs/>
          <w:sz w:val="24"/>
          <w:szCs w:val="24"/>
          <w:lang w:val="et-EE"/>
        </w:rPr>
      </w:pPr>
    </w:p>
    <w:p w:rsidRPr="00B50505" w:rsidR="00320E88" w:rsidP="00B50505" w:rsidRDefault="00E21798" w14:paraId="5F330510" w14:textId="16D352E5">
      <w:pPr>
        <w:pStyle w:val="Pealkiri3"/>
        <w:rPr>
          <w:sz w:val="24"/>
          <w:szCs w:val="28"/>
          <w:lang w:val="et-EE"/>
        </w:rPr>
      </w:pPr>
      <w:r>
        <w:rPr>
          <w:sz w:val="24"/>
          <w:szCs w:val="28"/>
          <w:lang w:val="et-EE"/>
        </w:rPr>
        <w:t>6</w:t>
      </w:r>
      <w:r w:rsidRPr="00B50505" w:rsidR="00320E88">
        <w:rPr>
          <w:sz w:val="24"/>
          <w:szCs w:val="28"/>
          <w:lang w:val="et-EE"/>
        </w:rPr>
        <w:t>.3. Õppe maht ja praktilise õppe osakaal</w:t>
      </w:r>
    </w:p>
    <w:p w:rsidR="00320E88" w:rsidP="007F19D0" w:rsidRDefault="00320E88" w14:paraId="4356172C" w14:textId="12D089DE">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Raamõppekavaga määratud õppe maht on</w:t>
      </w:r>
      <w:r w:rsidR="00922CE5">
        <w:rPr>
          <w:rFonts w:ascii="Times New Roman" w:hAnsi="Times New Roman" w:cs="Times New Roman"/>
          <w:sz w:val="24"/>
          <w:szCs w:val="24"/>
          <w:lang w:val="et-EE"/>
        </w:rPr>
        <w:t xml:space="preserve"> kuni</w:t>
      </w:r>
      <w:r w:rsidRPr="00D22C81">
        <w:rPr>
          <w:rFonts w:ascii="Times New Roman" w:hAnsi="Times New Roman" w:cs="Times New Roman"/>
          <w:sz w:val="24"/>
          <w:szCs w:val="24"/>
          <w:lang w:val="et-EE"/>
        </w:rPr>
        <w:t xml:space="preserve"> </w:t>
      </w:r>
      <w:r w:rsidRPr="00D22C81">
        <w:rPr>
          <w:rFonts w:ascii="Times New Roman" w:hAnsi="Times New Roman" w:cs="Times New Roman"/>
          <w:b/>
          <w:bCs/>
          <w:sz w:val="24"/>
          <w:szCs w:val="24"/>
          <w:lang w:val="et-EE"/>
        </w:rPr>
        <w:t>120 EKAPit</w:t>
      </w:r>
      <w:r w:rsidRPr="00D22C81">
        <w:rPr>
          <w:rFonts w:ascii="Times New Roman" w:hAnsi="Times New Roman" w:cs="Times New Roman"/>
          <w:sz w:val="24"/>
          <w:szCs w:val="24"/>
          <w:lang w:val="et-EE"/>
        </w:rPr>
        <w:t>. Põhi- ja valikõpingute mahu jaotus peab vastama kutseharidusstandardis sätestatud nõuetele.</w:t>
      </w:r>
    </w:p>
    <w:p w:rsidRPr="00D22C81" w:rsidR="00C612F4" w:rsidP="007F19D0" w:rsidRDefault="00C612F4" w14:paraId="21106A27" w14:textId="77777777">
      <w:pPr>
        <w:spacing w:after="0" w:line="240" w:lineRule="auto"/>
        <w:jc w:val="both"/>
        <w:rPr>
          <w:rFonts w:ascii="Times New Roman" w:hAnsi="Times New Roman" w:cs="Times New Roman"/>
          <w:sz w:val="24"/>
          <w:szCs w:val="24"/>
          <w:lang w:val="et-EE"/>
        </w:rPr>
      </w:pPr>
    </w:p>
    <w:p w:rsidRPr="00D22C81" w:rsidR="00320E88" w:rsidP="007F19D0" w:rsidRDefault="00320E88" w14:paraId="6839E77B" w14:textId="2B8BAD34">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Praktika ja praktiline töö moodustavad õppest vähemalt 50% ning jagunevad üldjuhul võrdselt.</w:t>
      </w:r>
      <w:r w:rsidR="00642C2B">
        <w:rPr>
          <w:rFonts w:ascii="Times New Roman" w:hAnsi="Times New Roman" w:cs="Times New Roman"/>
          <w:sz w:val="24"/>
          <w:szCs w:val="24"/>
          <w:lang w:val="et-EE"/>
        </w:rPr>
        <w:t xml:space="preserve"> </w:t>
      </w:r>
      <w:r w:rsidRPr="00D22C81">
        <w:rPr>
          <w:rFonts w:ascii="Times New Roman" w:hAnsi="Times New Roman" w:cs="Times New Roman"/>
          <w:sz w:val="24"/>
          <w:szCs w:val="24"/>
          <w:lang w:val="et-EE"/>
        </w:rPr>
        <w:t xml:space="preserve">Praktika kavandamisel tuleb määratleda selle eesmärk ja seos õpiväljunditega ning kavandada </w:t>
      </w:r>
      <w:r w:rsidRPr="00922CE5">
        <w:rPr>
          <w:rFonts w:ascii="Times New Roman" w:hAnsi="Times New Roman" w:cs="Times New Roman"/>
          <w:b/>
          <w:bCs/>
          <w:sz w:val="24"/>
          <w:szCs w:val="24"/>
          <w:lang w:val="et-EE"/>
        </w:rPr>
        <w:t>sihtrühma vajadusi arvestav</w:t>
      </w:r>
      <w:r w:rsidRPr="00D22C81">
        <w:rPr>
          <w:rFonts w:ascii="Times New Roman" w:hAnsi="Times New Roman" w:cs="Times New Roman"/>
          <w:sz w:val="24"/>
          <w:szCs w:val="24"/>
          <w:lang w:val="et-EE"/>
        </w:rPr>
        <w:t xml:space="preserve"> praktika korraldus ja sobivad praktikavõimalused.</w:t>
      </w:r>
    </w:p>
    <w:p w:rsidRPr="00D22C81" w:rsidR="00B41618" w:rsidP="007F19D0" w:rsidRDefault="00B41618" w14:paraId="588191CA" w14:textId="77777777">
      <w:pPr>
        <w:spacing w:after="0" w:line="240" w:lineRule="auto"/>
        <w:jc w:val="both"/>
        <w:rPr>
          <w:rFonts w:ascii="Times New Roman" w:hAnsi="Times New Roman" w:cs="Times New Roman"/>
          <w:b/>
          <w:bCs/>
          <w:sz w:val="24"/>
          <w:szCs w:val="24"/>
          <w:lang w:val="et-EE"/>
        </w:rPr>
      </w:pPr>
    </w:p>
    <w:p w:rsidRPr="007D069D" w:rsidR="00320E88" w:rsidP="007D069D" w:rsidRDefault="00E21798" w14:paraId="10724881" w14:textId="130ECA62">
      <w:pPr>
        <w:pStyle w:val="Pealkiri3"/>
        <w:rPr>
          <w:sz w:val="24"/>
          <w:szCs w:val="28"/>
          <w:lang w:val="et-EE"/>
        </w:rPr>
      </w:pPr>
      <w:r>
        <w:rPr>
          <w:sz w:val="24"/>
          <w:szCs w:val="28"/>
          <w:lang w:val="et-EE"/>
        </w:rPr>
        <w:t>6</w:t>
      </w:r>
      <w:r w:rsidRPr="007D069D" w:rsidR="00320E88">
        <w:rPr>
          <w:sz w:val="24"/>
          <w:szCs w:val="28"/>
          <w:lang w:val="et-EE"/>
        </w:rPr>
        <w:t>.4. Õppekava sisulised lähtekohad</w:t>
      </w:r>
    </w:p>
    <w:p w:rsidRPr="00D22C81" w:rsidR="00320E88" w:rsidP="007F19D0" w:rsidRDefault="00320E88" w14:paraId="0B544925" w14:textId="77777777">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Raamõppekava koostamisel lähtutakse valdkonna töömaailma praegustest ja tulevastest oskusvajadustest ning sihtrühma vajadustest ja eeldustest.</w:t>
      </w:r>
    </w:p>
    <w:p w:rsidRPr="00D22C81" w:rsidR="00320E88" w:rsidP="007F19D0" w:rsidRDefault="00320E88" w14:paraId="3B86C079" w14:textId="77777777">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Õppekava koostamisel tuleb:</w:t>
      </w:r>
    </w:p>
    <w:p w:rsidRPr="00D22C81" w:rsidR="00320E88" w:rsidP="007F19D0" w:rsidRDefault="00320E88" w14:paraId="3B92A5FE" w14:textId="77777777">
      <w:pPr>
        <w:numPr>
          <w:ilvl w:val="0"/>
          <w:numId w:val="27"/>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arvestada asjakohastes OSKA valdkonnauuringutes kirjeldatud tööjõu- ja oskusvajadustega;</w:t>
      </w:r>
    </w:p>
    <w:p w:rsidRPr="00D22C81" w:rsidR="00320E88" w:rsidP="007F19D0" w:rsidRDefault="00320E88" w14:paraId="03F6D86B" w14:textId="77777777">
      <w:pPr>
        <w:numPr>
          <w:ilvl w:val="0"/>
          <w:numId w:val="27"/>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arvestada uuringu „Haprad ühendusteed: õpirajad ja töölerakendumine madalamate tasemete kutseõppes“ ettepanekute ja soovitustega;</w:t>
      </w:r>
    </w:p>
    <w:p w:rsidRPr="00D22C81" w:rsidR="00320E88" w:rsidP="007F19D0" w:rsidRDefault="00320E88" w14:paraId="2FD93DDD" w14:textId="77777777">
      <w:pPr>
        <w:numPr>
          <w:ilvl w:val="0"/>
          <w:numId w:val="27"/>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tutvuda põhikooli riikliku õppekava ja põhikooli lihtsustatud riikliku õppekavaga, et arvestada sihtrühma varasema õpikogemuse, eelteadmiste ja oskustega.</w:t>
      </w:r>
    </w:p>
    <w:p w:rsidRPr="00D22C81" w:rsidR="00B41618" w:rsidP="007F19D0" w:rsidRDefault="00B41618" w14:paraId="36C52580" w14:textId="77777777">
      <w:pPr>
        <w:spacing w:after="0" w:line="240" w:lineRule="auto"/>
        <w:jc w:val="both"/>
        <w:rPr>
          <w:rFonts w:ascii="Times New Roman" w:hAnsi="Times New Roman" w:cs="Times New Roman"/>
          <w:b/>
          <w:bCs/>
          <w:sz w:val="24"/>
          <w:szCs w:val="24"/>
          <w:lang w:val="et-EE"/>
        </w:rPr>
      </w:pPr>
    </w:p>
    <w:p w:rsidRPr="007D069D" w:rsidR="00320E88" w:rsidP="007D069D" w:rsidRDefault="00E21798" w14:paraId="3C271B94" w14:textId="1D3C98E3">
      <w:pPr>
        <w:pStyle w:val="Pealkiri3"/>
        <w:rPr>
          <w:sz w:val="24"/>
          <w:szCs w:val="28"/>
          <w:lang w:val="et-EE"/>
        </w:rPr>
      </w:pPr>
      <w:r>
        <w:rPr>
          <w:sz w:val="24"/>
          <w:szCs w:val="28"/>
          <w:lang w:val="et-EE"/>
        </w:rPr>
        <w:t>6</w:t>
      </w:r>
      <w:r w:rsidRPr="007D069D" w:rsidR="00320E88">
        <w:rPr>
          <w:sz w:val="24"/>
          <w:szCs w:val="28"/>
          <w:lang w:val="et-EE"/>
        </w:rPr>
        <w:t xml:space="preserve">.5. </w:t>
      </w:r>
      <w:r w:rsidRPr="007D069D" w:rsidR="00DD0DC1">
        <w:rPr>
          <w:sz w:val="24"/>
          <w:szCs w:val="28"/>
          <w:lang w:val="et-EE"/>
        </w:rPr>
        <w:t xml:space="preserve">Nõuded raamõppekava </w:t>
      </w:r>
      <w:r w:rsidRPr="007D069D" w:rsidR="00320E88">
        <w:rPr>
          <w:sz w:val="24"/>
          <w:szCs w:val="28"/>
          <w:lang w:val="et-EE"/>
        </w:rPr>
        <w:t>ülesehituse</w:t>
      </w:r>
      <w:r w:rsidRPr="007D069D" w:rsidR="00DD0DC1">
        <w:rPr>
          <w:sz w:val="24"/>
          <w:szCs w:val="28"/>
          <w:lang w:val="et-EE"/>
        </w:rPr>
        <w:t>le</w:t>
      </w:r>
      <w:r w:rsidRPr="007D069D" w:rsidR="00320E88">
        <w:rPr>
          <w:sz w:val="24"/>
          <w:szCs w:val="28"/>
          <w:lang w:val="et-EE"/>
        </w:rPr>
        <w:t xml:space="preserve"> ja õpiväljundite nõuded</w:t>
      </w:r>
    </w:p>
    <w:p w:rsidRPr="00D22C81" w:rsidR="00320E88" w:rsidP="007F19D0" w:rsidRDefault="00320E88" w14:paraId="4359E3DE" w14:textId="756CBE0C">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Raamõppekava väljatöötamisel lähtutakse kutseharidusstandardis sätestatud nõuetest</w:t>
      </w:r>
      <w:r w:rsidRPr="00D22C81" w:rsidR="00EE7861">
        <w:rPr>
          <w:rFonts w:ascii="Times New Roman" w:hAnsi="Times New Roman" w:cs="Times New Roman"/>
          <w:sz w:val="24"/>
          <w:szCs w:val="24"/>
          <w:lang w:val="et-EE"/>
        </w:rPr>
        <w:t xml:space="preserve"> </w:t>
      </w:r>
      <w:r w:rsidRPr="00D22C81">
        <w:rPr>
          <w:rFonts w:ascii="Times New Roman" w:hAnsi="Times New Roman" w:cs="Times New Roman"/>
          <w:sz w:val="24"/>
          <w:szCs w:val="24"/>
          <w:lang w:val="et-EE"/>
        </w:rPr>
        <w:t>arvestad</w:t>
      </w:r>
      <w:r w:rsidRPr="00D22C81" w:rsidR="00DF50FE">
        <w:rPr>
          <w:rFonts w:ascii="Times New Roman" w:hAnsi="Times New Roman" w:cs="Times New Roman"/>
          <w:sz w:val="24"/>
          <w:szCs w:val="24"/>
          <w:lang w:val="et-EE"/>
        </w:rPr>
        <w:t>es</w:t>
      </w:r>
      <w:r w:rsidRPr="00D22C81">
        <w:rPr>
          <w:rFonts w:ascii="Times New Roman" w:hAnsi="Times New Roman" w:cs="Times New Roman"/>
          <w:sz w:val="24"/>
          <w:szCs w:val="24"/>
          <w:lang w:val="et-EE"/>
        </w:rPr>
        <w:t xml:space="preserve"> </w:t>
      </w:r>
      <w:r w:rsidRPr="00D22C81" w:rsidR="00DF50FE">
        <w:rPr>
          <w:rFonts w:ascii="Times New Roman" w:hAnsi="Times New Roman" w:cs="Times New Roman"/>
          <w:sz w:val="24"/>
          <w:szCs w:val="24"/>
          <w:lang w:val="et-EE"/>
        </w:rPr>
        <w:t>järgnevat</w:t>
      </w:r>
      <w:r w:rsidRPr="00D22C81">
        <w:rPr>
          <w:rFonts w:ascii="Times New Roman" w:hAnsi="Times New Roman" w:cs="Times New Roman"/>
          <w:sz w:val="24"/>
          <w:szCs w:val="24"/>
          <w:lang w:val="et-EE"/>
        </w:rPr>
        <w:t>:</w:t>
      </w:r>
    </w:p>
    <w:p w:rsidRPr="00D22C81" w:rsidR="00320E88" w:rsidP="007F19D0" w:rsidRDefault="00320E88" w14:paraId="6E22B238" w14:textId="13AD5E67">
      <w:pPr>
        <w:numPr>
          <w:ilvl w:val="0"/>
          <w:numId w:val="28"/>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õppekava</w:t>
      </w:r>
      <w:r w:rsidRPr="00D22C81" w:rsidR="001970A3">
        <w:rPr>
          <w:rFonts w:ascii="Times New Roman" w:hAnsi="Times New Roman" w:cs="Times New Roman"/>
          <w:sz w:val="24"/>
          <w:szCs w:val="24"/>
          <w:lang w:val="et-EE"/>
        </w:rPr>
        <w:t>s</w:t>
      </w:r>
      <w:r w:rsidRPr="00D22C81">
        <w:rPr>
          <w:rFonts w:ascii="Times New Roman" w:hAnsi="Times New Roman" w:cs="Times New Roman"/>
          <w:sz w:val="24"/>
          <w:szCs w:val="24"/>
          <w:lang w:val="et-EE"/>
        </w:rPr>
        <w:t xml:space="preserve"> </w:t>
      </w:r>
      <w:r w:rsidRPr="00D22C81" w:rsidR="001970A3">
        <w:rPr>
          <w:rFonts w:ascii="Times New Roman" w:hAnsi="Times New Roman" w:cs="Times New Roman"/>
          <w:sz w:val="24"/>
          <w:szCs w:val="24"/>
          <w:lang w:val="et-EE"/>
        </w:rPr>
        <w:t xml:space="preserve">kirjeldatakse </w:t>
      </w:r>
      <w:r w:rsidRPr="00D22C81" w:rsidR="00672109">
        <w:rPr>
          <w:rFonts w:ascii="Times New Roman" w:hAnsi="Times New Roman" w:cs="Times New Roman"/>
          <w:sz w:val="24"/>
          <w:szCs w:val="24"/>
          <w:lang w:val="et-EE"/>
        </w:rPr>
        <w:t>oskuste põhiselt põhiõpingute moodulid, mis</w:t>
      </w:r>
      <w:r w:rsidRPr="00D22C81">
        <w:rPr>
          <w:rFonts w:ascii="Times New Roman" w:hAnsi="Times New Roman" w:cs="Times New Roman"/>
          <w:sz w:val="24"/>
          <w:szCs w:val="24"/>
          <w:lang w:val="et-EE"/>
        </w:rPr>
        <w:t xml:space="preserve"> määravad kutse-, eri- ja ametialal tegutsemiseks vajalikud õpiväljundid ning hõlmavad nii valdkonnale ühiseid kui ka süvendatud õpinguid võimaldavaid mooduleid;</w:t>
      </w:r>
    </w:p>
    <w:p w:rsidRPr="00D22C81" w:rsidR="00320E88" w:rsidP="007F19D0" w:rsidRDefault="00320E88" w14:paraId="441BF884" w14:textId="77777777">
      <w:pPr>
        <w:numPr>
          <w:ilvl w:val="0"/>
          <w:numId w:val="28"/>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põhiõpingute moodulite ülesehitus, maht ja ajaline järjestus toetavad õppija kutseoskuste järkjärgulist omandamist, tööturule siirdumist ning iseseisvat toimetulekut;</w:t>
      </w:r>
    </w:p>
    <w:p w:rsidRPr="00D22C81" w:rsidR="00320E88" w:rsidP="007F19D0" w:rsidRDefault="00320E88" w14:paraId="0019C8A2" w14:textId="77777777">
      <w:pPr>
        <w:numPr>
          <w:ilvl w:val="0"/>
          <w:numId w:val="28"/>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mooduli kirjelduses esitatakse mooduli nimetus, maht EKAPites, eesmärk, õpiväljundid ja nende lävendi taseme hindamiskriteeriumid;</w:t>
      </w:r>
    </w:p>
    <w:p w:rsidRPr="00D22C81" w:rsidR="00320E88" w:rsidP="007F19D0" w:rsidRDefault="00320E88" w14:paraId="783298CF" w14:textId="77777777">
      <w:pPr>
        <w:numPr>
          <w:ilvl w:val="0"/>
          <w:numId w:val="28"/>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mooduli nimetus sõnastatakse tegevusena ning see väljendab mooduli keskset oskust või tegevusvaldkonda;</w:t>
      </w:r>
    </w:p>
    <w:p w:rsidRPr="00D22C81" w:rsidR="00320E88" w:rsidP="007F19D0" w:rsidRDefault="00320E88" w14:paraId="232B8A6D" w14:textId="1AFA3CB3">
      <w:pPr>
        <w:numPr>
          <w:ilvl w:val="0"/>
          <w:numId w:val="28"/>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mooduli maht lähtub õpiväljunditega määratud teadmiste ja oskuste keerukusest ning õppijalt eeldatava iseseisvuse ja vastutuse ulatusest</w:t>
      </w:r>
      <w:r w:rsidRPr="00D22C81" w:rsidR="003A56B7">
        <w:rPr>
          <w:rFonts w:ascii="Times New Roman" w:hAnsi="Times New Roman" w:cs="Times New Roman"/>
          <w:sz w:val="24"/>
          <w:szCs w:val="24"/>
          <w:lang w:val="et-EE"/>
        </w:rPr>
        <w:t xml:space="preserve"> EKR 3.tasemel</w:t>
      </w:r>
      <w:r w:rsidRPr="00D22C81">
        <w:rPr>
          <w:rFonts w:ascii="Times New Roman" w:hAnsi="Times New Roman" w:cs="Times New Roman"/>
          <w:sz w:val="24"/>
          <w:szCs w:val="24"/>
          <w:lang w:val="et-EE"/>
        </w:rPr>
        <w:t>;</w:t>
      </w:r>
    </w:p>
    <w:p w:rsidRPr="00D22C81" w:rsidR="00320E88" w:rsidP="007F19D0" w:rsidRDefault="00320E88" w14:paraId="586A45D2" w14:textId="7403605F">
      <w:pPr>
        <w:numPr>
          <w:ilvl w:val="0"/>
          <w:numId w:val="28"/>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 xml:space="preserve">õpiväljundid kirjeldavad kutse- ja erialaseid teadmisi ja oskusi ning iseseisvuse ja vastutuse ulatust, </w:t>
      </w:r>
      <w:r w:rsidRPr="00D22C81" w:rsidR="002D558A">
        <w:rPr>
          <w:rFonts w:ascii="Times New Roman" w:hAnsi="Times New Roman" w:cs="Times New Roman"/>
          <w:sz w:val="24"/>
          <w:szCs w:val="24"/>
          <w:lang w:val="et-EE"/>
        </w:rPr>
        <w:t xml:space="preserve">lähtudes EKR </w:t>
      </w:r>
      <w:r w:rsidRPr="00D22C81">
        <w:rPr>
          <w:rFonts w:ascii="Times New Roman" w:hAnsi="Times New Roman" w:cs="Times New Roman"/>
          <w:sz w:val="24"/>
          <w:szCs w:val="24"/>
          <w:lang w:val="et-EE"/>
        </w:rPr>
        <w:t xml:space="preserve">3. taseme </w:t>
      </w:r>
      <w:r w:rsidRPr="00D22C81" w:rsidR="002D558A">
        <w:rPr>
          <w:rFonts w:ascii="Times New Roman" w:hAnsi="Times New Roman" w:cs="Times New Roman"/>
          <w:sz w:val="24"/>
          <w:szCs w:val="24"/>
          <w:lang w:val="et-EE"/>
        </w:rPr>
        <w:t>üldkirteeriumitest</w:t>
      </w:r>
      <w:r w:rsidRPr="00D22C81" w:rsidR="00D97BD7">
        <w:rPr>
          <w:rFonts w:ascii="Times New Roman" w:hAnsi="Times New Roman" w:cs="Times New Roman"/>
          <w:sz w:val="24"/>
          <w:szCs w:val="24"/>
          <w:lang w:val="et-EE"/>
        </w:rPr>
        <w:t xml:space="preserve"> </w:t>
      </w:r>
      <w:r w:rsidRPr="00D22C81" w:rsidR="002E14A9">
        <w:rPr>
          <w:rFonts w:ascii="Times New Roman" w:hAnsi="Times New Roman" w:cs="Times New Roman"/>
          <w:sz w:val="24"/>
          <w:szCs w:val="24"/>
          <w:lang w:val="et-EE"/>
        </w:rPr>
        <w:t xml:space="preserve"> ja need on sõnastatud </w:t>
      </w:r>
      <w:r w:rsidRPr="00D22C81" w:rsidR="00EE7861">
        <w:rPr>
          <w:rFonts w:ascii="Times New Roman" w:hAnsi="Times New Roman" w:cs="Times New Roman"/>
          <w:sz w:val="24"/>
          <w:szCs w:val="24"/>
          <w:lang w:val="et-EE"/>
        </w:rPr>
        <w:t xml:space="preserve">selgelt ja mõõdetavalt st </w:t>
      </w:r>
      <w:r w:rsidRPr="00D22C81" w:rsidR="002E14A9">
        <w:rPr>
          <w:rFonts w:ascii="Times New Roman" w:hAnsi="Times New Roman" w:cs="Times New Roman"/>
          <w:sz w:val="24"/>
          <w:szCs w:val="24"/>
          <w:lang w:val="et-EE"/>
        </w:rPr>
        <w:t>viisil, mis võimaldab õppijal omandatud oskusi tõendada ja õpetajal nende saavutatust hinnata</w:t>
      </w:r>
      <w:r w:rsidRPr="00D22C81">
        <w:rPr>
          <w:rFonts w:ascii="Times New Roman" w:hAnsi="Times New Roman" w:cs="Times New Roman"/>
          <w:sz w:val="24"/>
          <w:szCs w:val="24"/>
          <w:lang w:val="et-EE"/>
        </w:rPr>
        <w:t>;</w:t>
      </w:r>
    </w:p>
    <w:p w:rsidRPr="00D22C81" w:rsidR="00320E88" w:rsidP="007F19D0" w:rsidRDefault="00320E88" w14:paraId="00057B69" w14:textId="77777777">
      <w:pPr>
        <w:numPr>
          <w:ilvl w:val="0"/>
          <w:numId w:val="28"/>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moodulitesse lõimitakse õpipädevuse, suhtluspädevuse, enesemääratluspädevuse, tegevuspädevuse, digipädevuse ning algatusvõime ja ettevõtlikkuse arengut toetavad tegevused;</w:t>
      </w:r>
    </w:p>
    <w:p w:rsidRPr="00D22C81" w:rsidR="00320E88" w:rsidP="007F19D0" w:rsidRDefault="00320E88" w14:paraId="6D5C10C2" w14:textId="77777777">
      <w:pPr>
        <w:numPr>
          <w:ilvl w:val="0"/>
          <w:numId w:val="28"/>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elukestvaks õppeks vajalikud pädevused ja tööelu üldoskused lõimitakse moodulitesse sellises mahus ja valikus, mis toetab valdkondlike kutseoskuste omandamist, õpingute jätkamist ja tööturule siirdumist.</w:t>
      </w:r>
    </w:p>
    <w:p w:rsidRPr="00D22C81" w:rsidR="00320E88" w:rsidP="007F19D0" w:rsidRDefault="00320E88" w14:paraId="2950DD4B" w14:textId="77777777">
      <w:pPr>
        <w:spacing w:after="0" w:line="240" w:lineRule="auto"/>
        <w:jc w:val="both"/>
        <w:rPr>
          <w:rFonts w:ascii="Times New Roman" w:hAnsi="Times New Roman" w:cs="Times New Roman"/>
          <w:sz w:val="24"/>
          <w:szCs w:val="24"/>
          <w:lang w:val="et-EE"/>
        </w:rPr>
      </w:pPr>
    </w:p>
    <w:p w:rsidRPr="00C64F66" w:rsidR="00FB267A" w:rsidP="7AE03DAF" w:rsidRDefault="00E21798" w14:paraId="619A6BC9" w14:textId="11729E3C">
      <w:pPr>
        <w:pStyle w:val="Pealkiri2"/>
        <w:suppressLineNumbers w:val="0"/>
        <w:bidi w:val="0"/>
        <w:spacing w:before="200" w:beforeAutospacing="off" w:after="100" w:afterAutospacing="off" w:line="259" w:lineRule="auto"/>
        <w:ind w:left="0" w:right="0"/>
        <w:jc w:val="left"/>
        <w:rPr>
          <w:sz w:val="28"/>
          <w:szCs w:val="28"/>
          <w:lang w:val="et-EE"/>
        </w:rPr>
      </w:pPr>
      <w:r w:rsidRPr="7AE03DAF" w:rsidR="00E21798">
        <w:rPr>
          <w:sz w:val="28"/>
          <w:szCs w:val="28"/>
          <w:lang w:val="et-EE"/>
        </w:rPr>
        <w:t>7</w:t>
      </w:r>
      <w:r w:rsidRPr="7AE03DAF" w:rsidR="00FB267A">
        <w:rPr>
          <w:sz w:val="28"/>
          <w:szCs w:val="28"/>
          <w:lang w:val="et-EE"/>
        </w:rPr>
        <w:t xml:space="preserve">. </w:t>
      </w:r>
      <w:r w:rsidRPr="7AE03DAF" w:rsidR="308DE4B3">
        <w:rPr>
          <w:sz w:val="28"/>
          <w:szCs w:val="28"/>
          <w:lang w:val="et-EE"/>
        </w:rPr>
        <w:t>P</w:t>
      </w:r>
      <w:r w:rsidRPr="7AE03DAF" w:rsidR="00FB267A">
        <w:rPr>
          <w:sz w:val="28"/>
          <w:szCs w:val="28"/>
          <w:lang w:val="et-EE"/>
        </w:rPr>
        <w:t>akkumuste hindamine</w:t>
      </w:r>
    </w:p>
    <w:p w:rsidRPr="00D22C81" w:rsidR="00FB267A" w:rsidP="007F19D0" w:rsidRDefault="00FB267A" w14:paraId="7C25EF28" w14:textId="033480BA">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 xml:space="preserve">Konkursile tähtaegselt esitatud ideekavandite puhul kontrollitakse esmalt nende vastavust konkursi kohustuslikele nõuetele. Nõuetele mittevastavat ideekavandit sisulisele hindamisele ei </w:t>
      </w:r>
      <w:r w:rsidR="00C64F66">
        <w:rPr>
          <w:rFonts w:ascii="Times New Roman" w:hAnsi="Times New Roman" w:cs="Times New Roman"/>
          <w:sz w:val="24"/>
          <w:szCs w:val="24"/>
          <w:lang w:val="et-EE"/>
        </w:rPr>
        <w:t>võeta</w:t>
      </w:r>
      <w:r w:rsidRPr="00D22C81">
        <w:rPr>
          <w:rFonts w:ascii="Times New Roman" w:hAnsi="Times New Roman" w:cs="Times New Roman"/>
          <w:sz w:val="24"/>
          <w:szCs w:val="24"/>
          <w:lang w:val="et-EE"/>
        </w:rPr>
        <w:t>.</w:t>
      </w:r>
      <w:r w:rsidRPr="00D22C81" w:rsidR="11E33348">
        <w:rPr>
          <w:rFonts w:ascii="Times New Roman" w:hAnsi="Times New Roman" w:cs="Times New Roman"/>
          <w:sz w:val="24"/>
          <w:szCs w:val="24"/>
          <w:lang w:val="et-EE"/>
        </w:rPr>
        <w:t xml:space="preserve"> </w:t>
      </w:r>
    </w:p>
    <w:p w:rsidRPr="00D22C81" w:rsidR="00FB267A" w:rsidP="007F19D0" w:rsidRDefault="00FB267A" w14:paraId="27F9D89E" w14:textId="77777777">
      <w:pPr>
        <w:spacing w:after="0" w:line="240" w:lineRule="auto"/>
        <w:jc w:val="both"/>
        <w:rPr>
          <w:rFonts w:ascii="Times New Roman" w:hAnsi="Times New Roman" w:cs="Times New Roman"/>
          <w:sz w:val="24"/>
          <w:szCs w:val="24"/>
          <w:lang w:val="et-EE"/>
        </w:rPr>
      </w:pPr>
    </w:p>
    <w:p w:rsidR="11E33348" w:rsidP="007F19D0" w:rsidRDefault="11E33348" w14:paraId="59BCF2B2" w14:textId="4276A624">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 xml:space="preserve">Pakkumusi hindab </w:t>
      </w:r>
      <w:proofErr w:type="spellStart"/>
      <w:r w:rsidRPr="00D22C81">
        <w:rPr>
          <w:rFonts w:ascii="Times New Roman" w:hAnsi="Times New Roman" w:cs="Times New Roman"/>
          <w:sz w:val="24"/>
          <w:szCs w:val="24"/>
          <w:lang w:val="et-EE"/>
        </w:rPr>
        <w:t>HTM</w:t>
      </w:r>
      <w:r w:rsidR="00C64F66">
        <w:rPr>
          <w:rFonts w:ascii="Times New Roman" w:hAnsi="Times New Roman" w:cs="Times New Roman"/>
          <w:sz w:val="24"/>
          <w:szCs w:val="24"/>
          <w:lang w:val="et-EE"/>
        </w:rPr>
        <w:t>i</w:t>
      </w:r>
      <w:proofErr w:type="spellEnd"/>
      <w:r w:rsidRPr="00D22C81">
        <w:rPr>
          <w:rFonts w:ascii="Times New Roman" w:hAnsi="Times New Roman" w:cs="Times New Roman"/>
          <w:sz w:val="24"/>
          <w:szCs w:val="24"/>
          <w:lang w:val="et-EE"/>
        </w:rPr>
        <w:t xml:space="preserve"> moodustatud komisjon kuhu kuuluvad esindajad kaasava hariduse osakonnast, kutse- ja keskhariduse osakonnast</w:t>
      </w:r>
      <w:r w:rsidRPr="00D22C81" w:rsidR="59395D47">
        <w:rPr>
          <w:rFonts w:ascii="Times New Roman" w:hAnsi="Times New Roman" w:cs="Times New Roman"/>
          <w:sz w:val="24"/>
          <w:szCs w:val="24"/>
          <w:lang w:val="et-EE"/>
        </w:rPr>
        <w:t>,</w:t>
      </w:r>
      <w:r w:rsidRPr="00D22C81">
        <w:rPr>
          <w:rFonts w:ascii="Times New Roman" w:hAnsi="Times New Roman" w:cs="Times New Roman"/>
          <w:sz w:val="24"/>
          <w:szCs w:val="24"/>
          <w:lang w:val="et-EE"/>
        </w:rPr>
        <w:t xml:space="preserve"> riigikoolide osakonnast</w:t>
      </w:r>
      <w:r w:rsidRPr="00D22C81" w:rsidR="65F81DEC">
        <w:rPr>
          <w:rFonts w:ascii="Times New Roman" w:hAnsi="Times New Roman" w:cs="Times New Roman"/>
          <w:sz w:val="24"/>
          <w:szCs w:val="24"/>
          <w:lang w:val="et-EE"/>
        </w:rPr>
        <w:t xml:space="preserve"> ning Eesti Puuetega Inimeste Kojast.</w:t>
      </w:r>
    </w:p>
    <w:p w:rsidRPr="00D22C81" w:rsidR="00C64F66" w:rsidP="007F19D0" w:rsidRDefault="00C64F66" w14:paraId="483C3F39" w14:textId="77777777">
      <w:pPr>
        <w:spacing w:after="0" w:line="240" w:lineRule="auto"/>
        <w:jc w:val="both"/>
        <w:rPr>
          <w:rFonts w:ascii="Times New Roman" w:hAnsi="Times New Roman" w:cs="Times New Roman"/>
        </w:rPr>
      </w:pPr>
    </w:p>
    <w:p w:rsidRPr="004D40FD" w:rsidR="0042645F" w:rsidP="0042645F" w:rsidRDefault="0042645F" w14:paraId="427772E2" w14:textId="30291CD0">
      <w:pPr>
        <w:spacing w:after="0" w:line="240" w:lineRule="auto"/>
        <w:jc w:val="both"/>
        <w:textAlignment w:val="baseline"/>
      </w:pPr>
      <w:r w:rsidRPr="14DA2140" w:rsidR="0042645F">
        <w:rPr>
          <w:rFonts w:ascii="Times New Roman" w:hAnsi="Times New Roman" w:cs="Times New Roman"/>
          <w:sz w:val="24"/>
          <w:szCs w:val="24"/>
          <w:lang w:val="et-EE"/>
        </w:rPr>
        <w:t>Nõuetele vastavaid ideekavandeid hinnatakse hindamiskriteeriumide alusel võrdlevalt, kõrvutades nende kvaliteeti, põhjendatust ja eristuvust teiste konkursile esitatud ideekavanditega.</w:t>
      </w:r>
      <w:r w:rsidRPr="14DA2140" w:rsidR="0042645F">
        <w:rPr>
          <w:rFonts w:ascii="Times New Roman" w:hAnsi="Times New Roman" w:cs="Times New Roman"/>
          <w:sz w:val="24"/>
          <w:szCs w:val="24"/>
          <w:lang w:val="et-EE"/>
        </w:rPr>
        <w:t xml:space="preserve"> </w:t>
      </w:r>
      <w:r w:rsidRPr="14DA2140" w:rsidR="0042645F">
        <w:rPr>
          <w:rFonts w:ascii="Times New Roman" w:hAnsi="Times New Roman" w:cs="Times New Roman"/>
          <w:sz w:val="24"/>
          <w:szCs w:val="24"/>
          <w:lang w:val="et-EE"/>
        </w:rPr>
        <w:t>Hindamisel arvestatakse ideekavandi sisulist kvaliteeti</w:t>
      </w:r>
      <w:r w:rsidRPr="14DA2140" w:rsidR="471CF369">
        <w:rPr>
          <w:rFonts w:ascii="Times New Roman" w:hAnsi="Times New Roman" w:cs="Times New Roman"/>
          <w:sz w:val="24"/>
          <w:szCs w:val="24"/>
          <w:lang w:val="et-EE"/>
        </w:rPr>
        <w:t xml:space="preserve">, innovaatilisust ja jätkusuutlikku rakendatavust. </w:t>
      </w:r>
      <w:r w:rsidRPr="14DA2140" w:rsidR="0042645F">
        <w:rPr>
          <w:rFonts w:ascii="Times New Roman" w:hAnsi="Times New Roman" w:cs="Times New Roman"/>
          <w:sz w:val="24"/>
          <w:szCs w:val="24"/>
          <w:lang w:val="et-EE"/>
        </w:rPr>
        <w:t>Hindamine toimub vastavalt hindamis</w:t>
      </w:r>
      <w:r w:rsidRPr="14DA2140" w:rsidR="0042645F">
        <w:rPr>
          <w:rFonts w:ascii="Times New Roman" w:hAnsi="Times New Roman" w:cs="Times New Roman"/>
          <w:sz w:val="24"/>
          <w:szCs w:val="24"/>
          <w:lang w:val="et-EE"/>
        </w:rPr>
        <w:t>kriteeriumidele</w:t>
      </w:r>
      <w:r w:rsidRPr="14DA2140" w:rsidR="0042645F">
        <w:rPr>
          <w:rFonts w:ascii="Times New Roman" w:hAnsi="Times New Roman" w:cs="Times New Roman"/>
          <w:sz w:val="24"/>
          <w:szCs w:val="24"/>
          <w:lang w:val="et-EE"/>
        </w:rPr>
        <w:t>.</w:t>
      </w:r>
      <w:r w:rsidRPr="14DA2140" w:rsidR="0042645F">
        <w:rPr>
          <w:rFonts w:ascii="Times New Roman" w:hAnsi="Times New Roman" w:cs="Times New Roman"/>
          <w:sz w:val="24"/>
          <w:szCs w:val="24"/>
          <w:lang w:val="et-EE"/>
        </w:rPr>
        <w:t xml:space="preserve"> </w:t>
      </w:r>
      <w:r w:rsidRPr="14DA2140" w:rsidR="0042645F">
        <w:rPr>
          <w:rFonts w:ascii="Times New Roman" w:hAnsi="Times New Roman" w:eastAsia="Times New Roman" w:cs="Times New Roman"/>
          <w:sz w:val="24"/>
          <w:szCs w:val="24"/>
          <w:lang w:val="et-EE" w:eastAsia="et-EE"/>
        </w:rPr>
        <w:t>Ideekavandi koondhinne moodustub kõigi kriteeriumide eest saadud punktide summast. Maksimaalne võimalik tulemus on 100 punkti.</w:t>
      </w:r>
    </w:p>
    <w:p w:rsidR="14DA2140" w:rsidP="14DA2140" w:rsidRDefault="14DA2140" w14:paraId="70114365" w14:textId="527F1FB5">
      <w:pPr>
        <w:spacing w:after="0" w:line="240" w:lineRule="auto"/>
        <w:jc w:val="both"/>
        <w:rPr>
          <w:rFonts w:ascii="Times New Roman" w:hAnsi="Times New Roman" w:eastAsia="Times New Roman" w:cs="Times New Roman"/>
          <w:sz w:val="24"/>
          <w:szCs w:val="24"/>
          <w:lang w:val="et-EE" w:eastAsia="et-EE"/>
        </w:rPr>
      </w:pPr>
    </w:p>
    <w:p w:rsidR="17BE8AB3" w:rsidP="14DA2140" w:rsidRDefault="17BE8AB3" w14:paraId="14FE488A" w14:textId="70E938A8">
      <w:pPr>
        <w:spacing w:before="0" w:beforeAutospacing="off" w:after="0" w:afterAutospacing="off" w:line="240" w:lineRule="auto"/>
        <w:ind w:left="0" w:right="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t-EE"/>
        </w:rPr>
      </w:pPr>
      <w:r w:rsidRPr="14DA2140" w:rsidR="17BE8AB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t-EE"/>
        </w:rPr>
        <w:t>Koostöö ja töörühma formaalsed nõuded (nt vähemalt kaks õppeasutust, 3–6 eksperti) kontrollitakse pakkumusete vastavuse kontrolli etapis.</w:t>
      </w:r>
    </w:p>
    <w:p w:rsidR="14DA2140" w:rsidP="14DA2140" w:rsidRDefault="14DA2140" w14:paraId="64ACC5DB" w14:textId="380B8380">
      <w:pPr>
        <w:spacing w:after="0" w:line="240" w:lineRule="auto"/>
        <w:jc w:val="both"/>
        <w:rPr>
          <w:rFonts w:ascii="Times New Roman" w:hAnsi="Times New Roman" w:eastAsia="Times New Roman" w:cs="Times New Roman"/>
          <w:sz w:val="24"/>
          <w:szCs w:val="24"/>
          <w:lang w:val="et-EE" w:eastAsia="et-EE"/>
        </w:rPr>
      </w:pPr>
    </w:p>
    <w:tbl>
      <w:tblPr>
        <w:tblW w:w="0" w:type="auto"/>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3154"/>
        <w:gridCol w:w="4910"/>
        <w:gridCol w:w="1672"/>
      </w:tblGrid>
      <w:tr w:rsidRPr="00D22C81" w:rsidR="00F03D00" w:rsidTr="14DA2140" w14:paraId="240183AC" w14:textId="77777777">
        <w:trPr>
          <w:tblHeader/>
          <w:tblCellSpacing w:w="15" w:type="dxa"/>
        </w:trPr>
        <w:tc>
          <w:tcPr>
            <w:tcW w:w="0" w:type="auto"/>
            <w:tcMar/>
            <w:vAlign w:val="center"/>
            <w:hideMark/>
          </w:tcPr>
          <w:p w:rsidRPr="00D22C81" w:rsidR="00F03D00" w:rsidP="007F19D0" w:rsidRDefault="00F03D00" w14:paraId="60F9621D" w14:textId="17D32A4A">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Hinnatav kriteerium</w:t>
            </w:r>
          </w:p>
        </w:tc>
        <w:tc>
          <w:tcPr>
            <w:tcW w:w="0" w:type="auto"/>
            <w:tcMar/>
            <w:vAlign w:val="center"/>
            <w:hideMark/>
          </w:tcPr>
          <w:p w:rsidRPr="00D22C81" w:rsidR="00F03D00" w:rsidP="007F19D0" w:rsidRDefault="00F03D00" w14:paraId="5A35CB66" w14:textId="1B0A15E1">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Mida hinnatakse</w:t>
            </w:r>
          </w:p>
        </w:tc>
        <w:tc>
          <w:tcPr>
            <w:tcW w:w="0" w:type="auto"/>
            <w:tcMar/>
            <w:vAlign w:val="center"/>
            <w:hideMark/>
          </w:tcPr>
          <w:p w:rsidRPr="00D22C81" w:rsidR="00F03D00" w:rsidP="007F19D0" w:rsidRDefault="00F03D00" w14:paraId="5CC8F23A" w14:textId="77777777">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Maksimaalsed punktid</w:t>
            </w:r>
          </w:p>
        </w:tc>
      </w:tr>
      <w:tr w:rsidRPr="00D22C81" w:rsidR="00F03D00" w:rsidTr="14DA2140" w14:paraId="1EF43B9D" w14:textId="77777777">
        <w:trPr>
          <w:tblCellSpacing w:w="15" w:type="dxa"/>
        </w:trPr>
        <w:tc>
          <w:tcPr>
            <w:tcW w:w="0" w:type="auto"/>
            <w:tcMar/>
            <w:vAlign w:val="center"/>
            <w:hideMark/>
          </w:tcPr>
          <w:p w:rsidRPr="00D22C81" w:rsidR="00F03D00" w:rsidP="007F19D0" w:rsidRDefault="00F03D00" w14:paraId="692526D6" w14:textId="02045963">
            <w:pPr>
              <w:spacing w:after="0" w:line="240" w:lineRule="auto"/>
              <w:jc w:val="both"/>
              <w:rPr>
                <w:rFonts w:ascii="Times New Roman" w:hAnsi="Times New Roman" w:cs="Times New Roman"/>
                <w:sz w:val="24"/>
                <w:szCs w:val="24"/>
                <w:lang w:val="et-EE"/>
              </w:rPr>
            </w:pPr>
            <w:r w:rsidRPr="14DA2140" w:rsidR="4285C5C1">
              <w:rPr>
                <w:rFonts w:ascii="Times New Roman" w:hAnsi="Times New Roman" w:cs="Times New Roman"/>
                <w:sz w:val="24"/>
                <w:szCs w:val="24"/>
                <w:lang w:val="et-EE"/>
              </w:rPr>
              <w:t>IDEEKAVAND</w:t>
            </w:r>
          </w:p>
        </w:tc>
        <w:tc>
          <w:tcPr>
            <w:tcW w:w="0" w:type="auto"/>
            <w:tcMar/>
            <w:vAlign w:val="center"/>
            <w:hideMark/>
          </w:tcPr>
          <w:p w:rsidRPr="00D22C81" w:rsidR="00F03D00" w:rsidP="007F19D0" w:rsidRDefault="00F03D00" w14:paraId="514FD946" w14:textId="77777777">
            <w:pPr>
              <w:spacing w:after="0" w:line="240" w:lineRule="auto"/>
              <w:jc w:val="both"/>
              <w:rPr>
                <w:rFonts w:ascii="Times New Roman" w:hAnsi="Times New Roman" w:cs="Times New Roman"/>
                <w:sz w:val="24"/>
                <w:szCs w:val="24"/>
                <w:lang w:val="et-EE"/>
              </w:rPr>
            </w:pPr>
          </w:p>
        </w:tc>
        <w:tc>
          <w:tcPr>
            <w:tcW w:w="0" w:type="auto"/>
            <w:tcMar/>
            <w:vAlign w:val="center"/>
            <w:hideMark/>
          </w:tcPr>
          <w:p w:rsidRPr="00D22C81" w:rsidR="00F03D00" w:rsidP="007F19D0" w:rsidRDefault="00C64F66" w14:paraId="7F4F4418" w14:textId="0963A344">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70</w:t>
            </w:r>
          </w:p>
        </w:tc>
      </w:tr>
      <w:tr w:rsidRPr="00D22C81" w:rsidR="00F03D00" w:rsidTr="14DA2140" w14:paraId="6917B934" w14:textId="77777777">
        <w:trPr>
          <w:tblCellSpacing w:w="15" w:type="dxa"/>
        </w:trPr>
        <w:tc>
          <w:tcPr>
            <w:tcW w:w="0" w:type="auto"/>
            <w:tcMar/>
            <w:vAlign w:val="center"/>
            <w:hideMark/>
          </w:tcPr>
          <w:p w:rsidRPr="00D22C81" w:rsidR="00F03D00" w:rsidP="007F19D0" w:rsidRDefault="00F03D00" w14:paraId="1A9FC948" w14:textId="77777777">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1. Uudsus ja innovaatilisus</w:t>
            </w:r>
          </w:p>
        </w:tc>
        <w:tc>
          <w:tcPr>
            <w:tcW w:w="0" w:type="auto"/>
            <w:tcMar/>
            <w:vAlign w:val="center"/>
            <w:hideMark/>
          </w:tcPr>
          <w:p w:rsidRPr="00D22C81" w:rsidR="00F03D00" w:rsidP="007F19D0" w:rsidRDefault="00F03D00" w14:paraId="7EF9A16D" w14:textId="77777777">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Õppekava idee uudsus ja eristumine olemasolevatest õppevõimalustest ning kavandatava lahenduse lisandväärtus.</w:t>
            </w:r>
          </w:p>
        </w:tc>
        <w:tc>
          <w:tcPr>
            <w:tcW w:w="0" w:type="auto"/>
            <w:tcMar/>
            <w:vAlign w:val="center"/>
            <w:hideMark/>
          </w:tcPr>
          <w:p w:rsidRPr="00D22C81" w:rsidR="00F03D00" w:rsidP="007F19D0" w:rsidRDefault="00F03D00" w14:paraId="49B2BD5F" w14:textId="66132B42">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2</w:t>
            </w:r>
            <w:r w:rsidR="00C64F66">
              <w:rPr>
                <w:rFonts w:ascii="Times New Roman" w:hAnsi="Times New Roman" w:cs="Times New Roman"/>
                <w:sz w:val="24"/>
                <w:szCs w:val="24"/>
                <w:lang w:val="et-EE"/>
              </w:rPr>
              <w:t>5</w:t>
            </w:r>
          </w:p>
        </w:tc>
      </w:tr>
      <w:tr w:rsidRPr="00D22C81" w:rsidR="00F03D00" w:rsidTr="14DA2140" w14:paraId="636FC0EA" w14:textId="77777777">
        <w:trPr>
          <w:tblCellSpacing w:w="15" w:type="dxa"/>
        </w:trPr>
        <w:tc>
          <w:tcPr>
            <w:tcW w:w="0" w:type="auto"/>
            <w:tcMar/>
            <w:vAlign w:val="center"/>
            <w:hideMark/>
          </w:tcPr>
          <w:p w:rsidRPr="00D22C81" w:rsidR="00F03D00" w:rsidP="007F19D0" w:rsidRDefault="00F03D00" w14:paraId="4E28FBF9" w14:textId="77777777">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2. Tulevikku suunatus ja töömaailma vajadus</w:t>
            </w:r>
          </w:p>
        </w:tc>
        <w:tc>
          <w:tcPr>
            <w:tcW w:w="0" w:type="auto"/>
            <w:tcMar/>
            <w:vAlign w:val="center"/>
            <w:hideMark/>
          </w:tcPr>
          <w:p w:rsidRPr="00D22C81" w:rsidR="00F03D00" w:rsidP="007F19D0" w:rsidRDefault="00F03D00" w14:paraId="15575182" w14:textId="77777777">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Õppekava vajaduse põhjendatus, seos töömaailma praeguste ja tulevaste oskusvajadustega ning kavandatavate oskuste rakendatavus.</w:t>
            </w:r>
          </w:p>
        </w:tc>
        <w:tc>
          <w:tcPr>
            <w:tcW w:w="0" w:type="auto"/>
            <w:tcMar/>
            <w:vAlign w:val="center"/>
            <w:hideMark/>
          </w:tcPr>
          <w:p w:rsidRPr="00D22C81" w:rsidR="00F03D00" w:rsidP="007F19D0" w:rsidRDefault="00C64F66" w14:paraId="51DE97BB" w14:textId="71524815">
            <w:pPr>
              <w:spacing w:after="0" w:line="240" w:lineRule="auto"/>
              <w:jc w:val="both"/>
              <w:rPr>
                <w:rFonts w:ascii="Times New Roman" w:hAnsi="Times New Roman" w:cs="Times New Roman"/>
                <w:sz w:val="24"/>
                <w:szCs w:val="24"/>
                <w:lang w:val="et-EE"/>
              </w:rPr>
            </w:pPr>
            <w:r w:rsidRPr="14DA2140" w:rsidR="00C64F66">
              <w:rPr>
                <w:rFonts w:ascii="Times New Roman" w:hAnsi="Times New Roman" w:cs="Times New Roman"/>
                <w:sz w:val="24"/>
                <w:szCs w:val="24"/>
                <w:lang w:val="et-EE"/>
              </w:rPr>
              <w:t>2</w:t>
            </w:r>
            <w:r w:rsidRPr="14DA2140" w:rsidR="3A2BAAD8">
              <w:rPr>
                <w:rFonts w:ascii="Times New Roman" w:hAnsi="Times New Roman" w:cs="Times New Roman"/>
                <w:sz w:val="24"/>
                <w:szCs w:val="24"/>
                <w:lang w:val="et-EE"/>
              </w:rPr>
              <w:t>5</w:t>
            </w:r>
          </w:p>
        </w:tc>
      </w:tr>
      <w:tr w:rsidRPr="00D22C81" w:rsidR="00F03D00" w:rsidTr="14DA2140" w14:paraId="2DF670C1" w14:textId="77777777">
        <w:trPr>
          <w:tblCellSpacing w:w="15" w:type="dxa"/>
        </w:trPr>
        <w:tc>
          <w:tcPr>
            <w:tcW w:w="0" w:type="auto"/>
            <w:tcMar/>
            <w:vAlign w:val="center"/>
            <w:hideMark/>
          </w:tcPr>
          <w:p w:rsidRPr="00D22C81" w:rsidR="00F03D00" w:rsidP="007F19D0" w:rsidRDefault="00F03D00" w14:paraId="5148C4FF" w14:textId="77777777">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3. Sihtrühmale sobivus ja õppe jõukohasus</w:t>
            </w:r>
          </w:p>
        </w:tc>
        <w:tc>
          <w:tcPr>
            <w:tcW w:w="0" w:type="auto"/>
            <w:tcMar/>
            <w:vAlign w:val="center"/>
            <w:hideMark/>
          </w:tcPr>
          <w:p w:rsidRPr="00D22C81" w:rsidR="00F03D00" w:rsidP="007F19D0" w:rsidRDefault="00F03D00" w14:paraId="6FBA4B5E" w14:textId="77777777">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Kavandatava õppe sobivus 3. tasemele ning sihtrühma eelteadmiste, õpikogemuse, õppimise jõukohasuse ja võimaliku toe vajadusega arvestamine.</w:t>
            </w:r>
          </w:p>
        </w:tc>
        <w:tc>
          <w:tcPr>
            <w:tcW w:w="0" w:type="auto"/>
            <w:tcMar/>
            <w:vAlign w:val="center"/>
            <w:hideMark/>
          </w:tcPr>
          <w:p w:rsidRPr="00D22C81" w:rsidR="00F03D00" w:rsidP="007F19D0" w:rsidRDefault="00F03D00" w14:paraId="58EA4218" w14:textId="78807D4A">
            <w:pPr>
              <w:spacing w:after="0" w:line="240" w:lineRule="auto"/>
              <w:jc w:val="both"/>
            </w:pPr>
            <w:r w:rsidRPr="14DA2140" w:rsidR="1CC9D839">
              <w:rPr>
                <w:rFonts w:ascii="Times New Roman" w:hAnsi="Times New Roman" w:cs="Times New Roman"/>
                <w:sz w:val="24"/>
                <w:szCs w:val="24"/>
                <w:lang w:val="et-EE"/>
              </w:rPr>
              <w:t>25</w:t>
            </w:r>
          </w:p>
        </w:tc>
      </w:tr>
      <w:tr w:rsidRPr="00D22C81" w:rsidR="00F03D00" w:rsidTr="14DA2140" w14:paraId="00BF951D" w14:textId="77777777">
        <w:trPr>
          <w:tblCellSpacing w:w="15" w:type="dxa"/>
        </w:trPr>
        <w:tc>
          <w:tcPr>
            <w:tcW w:w="0" w:type="auto"/>
            <w:tcMar/>
            <w:vAlign w:val="center"/>
            <w:hideMark/>
          </w:tcPr>
          <w:p w:rsidRPr="00D22C81" w:rsidR="00F03D00" w:rsidP="007F19D0" w:rsidRDefault="00F03D00" w14:paraId="62507461" w14:textId="77777777">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4. Õpitee loogika ja õpingute jätkamise võimalused</w:t>
            </w:r>
          </w:p>
        </w:tc>
        <w:tc>
          <w:tcPr>
            <w:tcW w:w="0" w:type="auto"/>
            <w:tcMar/>
            <w:vAlign w:val="center"/>
            <w:hideMark/>
          </w:tcPr>
          <w:p w:rsidRPr="00D22C81" w:rsidR="00F03D00" w:rsidP="007F19D0" w:rsidRDefault="00F03D00" w14:paraId="438D8607" w14:textId="77777777">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Õpitee loogilisus ning realistlikud võimalused omandatud oskuste rakendamiseks ja õpingute jätkamiseks.</w:t>
            </w:r>
          </w:p>
        </w:tc>
        <w:tc>
          <w:tcPr>
            <w:tcW w:w="0" w:type="auto"/>
            <w:tcMar/>
            <w:vAlign w:val="center"/>
            <w:hideMark/>
          </w:tcPr>
          <w:p w:rsidRPr="00D22C81" w:rsidR="00F03D00" w:rsidP="007F19D0" w:rsidRDefault="00F03D00" w14:paraId="275B9DC0" w14:textId="2AD106F7">
            <w:pPr>
              <w:spacing w:after="0" w:line="240" w:lineRule="auto"/>
              <w:jc w:val="both"/>
            </w:pPr>
            <w:r w:rsidRPr="14DA2140" w:rsidR="54CDBC09">
              <w:rPr>
                <w:rFonts w:ascii="Times New Roman" w:hAnsi="Times New Roman" w:cs="Times New Roman"/>
                <w:sz w:val="24"/>
                <w:szCs w:val="24"/>
                <w:lang w:val="et-EE"/>
              </w:rPr>
              <w:t>25</w:t>
            </w:r>
          </w:p>
        </w:tc>
      </w:tr>
      <w:tr w:rsidRPr="00D22C81" w:rsidR="00F03D00" w:rsidTr="14DA2140" w14:paraId="347D5F90" w14:textId="77777777">
        <w:trPr>
          <w:tblCellSpacing w:w="15" w:type="dxa"/>
        </w:trPr>
        <w:tc>
          <w:tcPr>
            <w:tcW w:w="0" w:type="auto"/>
            <w:tcMar/>
            <w:vAlign w:val="center"/>
            <w:hideMark/>
          </w:tcPr>
          <w:p w:rsidRPr="00D22C81" w:rsidR="00F03D00" w:rsidP="007F19D0" w:rsidRDefault="00F03D00" w14:paraId="660B4A41" w14:textId="77777777">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KOKKU</w:t>
            </w:r>
          </w:p>
        </w:tc>
        <w:tc>
          <w:tcPr>
            <w:tcW w:w="0" w:type="auto"/>
            <w:tcMar/>
            <w:vAlign w:val="center"/>
            <w:hideMark/>
          </w:tcPr>
          <w:p w:rsidRPr="00D22C81" w:rsidR="00F03D00" w:rsidP="007F19D0" w:rsidRDefault="00F03D00" w14:paraId="5A2C7BC6" w14:textId="77777777">
            <w:pPr>
              <w:spacing w:after="0" w:line="240" w:lineRule="auto"/>
              <w:jc w:val="both"/>
              <w:rPr>
                <w:rFonts w:ascii="Times New Roman" w:hAnsi="Times New Roman" w:cs="Times New Roman"/>
                <w:sz w:val="24"/>
                <w:szCs w:val="24"/>
                <w:lang w:val="et-EE"/>
              </w:rPr>
            </w:pPr>
          </w:p>
        </w:tc>
        <w:tc>
          <w:tcPr>
            <w:tcW w:w="0" w:type="auto"/>
            <w:tcMar/>
            <w:vAlign w:val="center"/>
            <w:hideMark/>
          </w:tcPr>
          <w:p w:rsidRPr="00D22C81" w:rsidR="00F03D00" w:rsidP="007F19D0" w:rsidRDefault="00F03D00" w14:paraId="779544CD" w14:textId="77777777">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100</w:t>
            </w:r>
          </w:p>
        </w:tc>
      </w:tr>
    </w:tbl>
    <w:p w:rsidRPr="00D22C81" w:rsidR="00FB267A" w:rsidP="007F19D0" w:rsidRDefault="00FB267A" w14:paraId="5A6CAEC7" w14:textId="4B8496C1">
      <w:pPr>
        <w:spacing w:after="0" w:line="240" w:lineRule="auto"/>
        <w:jc w:val="both"/>
        <w:rPr>
          <w:rFonts w:ascii="Times New Roman" w:hAnsi="Times New Roman" w:cs="Times New Roman"/>
          <w:sz w:val="24"/>
          <w:szCs w:val="24"/>
          <w:lang w:val="et-EE"/>
        </w:rPr>
      </w:pPr>
    </w:p>
    <w:p w:rsidRPr="00F076C0" w:rsidR="000E5556" w:rsidP="00F076C0" w:rsidRDefault="00FE2421" w14:paraId="3C5A0095" w14:textId="050B40F2">
      <w:pPr>
        <w:pStyle w:val="Pealkiri2"/>
        <w:rPr>
          <w:sz w:val="28"/>
          <w:szCs w:val="32"/>
          <w:lang w:val="et-EE"/>
        </w:rPr>
      </w:pPr>
      <w:r>
        <w:rPr>
          <w:sz w:val="28"/>
          <w:szCs w:val="32"/>
          <w:lang w:val="et-EE"/>
        </w:rPr>
        <w:t>8</w:t>
      </w:r>
      <w:r w:rsidRPr="00F076C0" w:rsidR="000E5556">
        <w:rPr>
          <w:sz w:val="28"/>
          <w:szCs w:val="32"/>
          <w:lang w:val="et-EE"/>
        </w:rPr>
        <w:t>. Konkursi tulemus</w:t>
      </w:r>
    </w:p>
    <w:p w:rsidR="005459D9" w:rsidP="005459D9" w:rsidRDefault="005459D9" w14:paraId="2B7F3B0B" w14:textId="47314BA5">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K</w:t>
      </w:r>
      <w:r w:rsidRPr="00D22C81">
        <w:rPr>
          <w:rFonts w:ascii="Times New Roman" w:hAnsi="Times New Roman" w:cs="Times New Roman"/>
          <w:sz w:val="24"/>
          <w:szCs w:val="24"/>
          <w:lang w:val="et-EE"/>
        </w:rPr>
        <w:t xml:space="preserve">onkursi tulemusel valitakse tähtaegselt esitatud pakkumustest välja 5-8 </w:t>
      </w:r>
      <w:r>
        <w:rPr>
          <w:rFonts w:ascii="Times New Roman" w:hAnsi="Times New Roman" w:cs="Times New Roman"/>
          <w:sz w:val="24"/>
          <w:szCs w:val="24"/>
          <w:lang w:val="et-EE"/>
        </w:rPr>
        <w:t>ideed edasiseks arendustegevuseks</w:t>
      </w:r>
      <w:r w:rsidRPr="00D22C81">
        <w:rPr>
          <w:rFonts w:ascii="Times New Roman" w:hAnsi="Times New Roman" w:cs="Times New Roman"/>
          <w:sz w:val="24"/>
          <w:szCs w:val="24"/>
          <w:lang w:val="et-EE"/>
        </w:rPr>
        <w:t xml:space="preserve">. </w:t>
      </w:r>
      <w:r w:rsidR="00FE2421">
        <w:rPr>
          <w:rFonts w:ascii="Times New Roman" w:hAnsi="Times New Roman" w:cs="Times New Roman"/>
          <w:sz w:val="24"/>
          <w:szCs w:val="24"/>
          <w:lang w:val="et-EE"/>
        </w:rPr>
        <w:t>V</w:t>
      </w:r>
      <w:r w:rsidRPr="00D22C81">
        <w:rPr>
          <w:rFonts w:ascii="Times New Roman" w:hAnsi="Times New Roman" w:cs="Times New Roman"/>
          <w:sz w:val="24"/>
          <w:szCs w:val="24"/>
          <w:lang w:val="et-EE"/>
        </w:rPr>
        <w:t xml:space="preserve">alituks osutunud ideekavandid võetakse raamõppekavade väljatöötamise aluseks ning selle esitanud arendusmeeskond moodustab töörühma tuumiku, kellega sõlmitakse töö tegemiseks käsunduslepingud. </w:t>
      </w:r>
    </w:p>
    <w:p w:rsidRPr="00D22C81" w:rsidR="005459D9" w:rsidP="005459D9" w:rsidRDefault="005459D9" w14:paraId="4B08D74F" w14:textId="77777777">
      <w:pPr>
        <w:spacing w:after="0" w:line="240" w:lineRule="auto"/>
        <w:jc w:val="both"/>
        <w:rPr>
          <w:rFonts w:ascii="Times New Roman" w:hAnsi="Times New Roman" w:cs="Times New Roman"/>
          <w:sz w:val="24"/>
          <w:szCs w:val="24"/>
          <w:lang w:val="et-EE"/>
        </w:rPr>
      </w:pPr>
    </w:p>
    <w:p w:rsidRPr="00D22C81" w:rsidR="005459D9" w:rsidP="005459D9" w:rsidRDefault="005459D9" w14:paraId="2D38C206" w14:textId="77777777">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lastRenderedPageBreak/>
        <w:t>Haridus- ja Teadusministeeriumil on õigus teha hindamise tulemusel ettepanek kahe või enama konkursile esitatud õppekava ideekavandi ühendamiseks üheks terviklikuks, kui ideekavandid on sisult olulises osas kattuvad või üksteist täiendavad ning nende ühendamine võimaldab kujundada terviklikuma, uuenduslikuma ja töömaailma vajadustele paremini vastava õppekava.</w:t>
      </w:r>
    </w:p>
    <w:p w:rsidRPr="00D22C81" w:rsidR="005459D9" w:rsidP="005459D9" w:rsidRDefault="005459D9" w14:paraId="75782F3A" w14:textId="77777777">
      <w:pPr>
        <w:spacing w:after="0" w:line="240" w:lineRule="auto"/>
        <w:jc w:val="both"/>
        <w:rPr>
          <w:rFonts w:ascii="Times New Roman" w:hAnsi="Times New Roman" w:cs="Times New Roman"/>
          <w:sz w:val="24"/>
          <w:szCs w:val="24"/>
          <w:lang w:val="et-EE"/>
        </w:rPr>
      </w:pPr>
    </w:p>
    <w:p w:rsidR="000E5556" w:rsidP="007F19D0" w:rsidRDefault="000E5556" w14:paraId="318028D3" w14:textId="31549BD7">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Haridus- ja Teadusministeerium võib vajaduse korral teha ettepaneku kaasata töörühma täiendavaid eksperte.</w:t>
      </w:r>
      <w:r w:rsidR="00C20D40">
        <w:rPr>
          <w:rFonts w:ascii="Times New Roman" w:hAnsi="Times New Roman" w:cs="Times New Roman"/>
          <w:sz w:val="24"/>
          <w:szCs w:val="24"/>
          <w:lang w:val="et-EE"/>
        </w:rPr>
        <w:t xml:space="preserve"> </w:t>
      </w:r>
      <w:r w:rsidRPr="00D22C81">
        <w:rPr>
          <w:rFonts w:ascii="Times New Roman" w:hAnsi="Times New Roman" w:cs="Times New Roman"/>
          <w:sz w:val="24"/>
          <w:szCs w:val="24"/>
          <w:lang w:val="et-EE"/>
        </w:rPr>
        <w:t>Raamõppekava väljatöötamisel võib ideekavandis esitatud lahendust põhjendatud juhul täpsustada ja täiendada, lähtudes raamõppekavale seatud nõuetest ja arendustöö käigus tehtud sisulistest otsustest.</w:t>
      </w:r>
    </w:p>
    <w:p w:rsidR="00C20D40" w:rsidP="007F19D0" w:rsidRDefault="00C20D40" w14:paraId="0168FBCC" w14:textId="77777777">
      <w:pPr>
        <w:spacing w:after="0" w:line="240" w:lineRule="auto"/>
        <w:jc w:val="both"/>
        <w:rPr>
          <w:rFonts w:ascii="Times New Roman" w:hAnsi="Times New Roman" w:cs="Times New Roman"/>
          <w:sz w:val="24"/>
          <w:szCs w:val="24"/>
          <w:lang w:val="et-EE"/>
        </w:rPr>
      </w:pPr>
    </w:p>
    <w:p w:rsidRPr="00D22C81" w:rsidR="00C20D40" w:rsidP="00C20D40" w:rsidRDefault="00C20D40" w14:paraId="42977C0F" w14:textId="77777777">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Raamõppekavade koostamist toetatakse Euroopa Liidu Sotsiaalfondi ESF+ programmi </w:t>
      </w:r>
      <w:r w:rsidRPr="0012620E">
        <w:rPr>
          <w:rFonts w:ascii="Times New Roman" w:hAnsi="Times New Roman" w:cs="Times New Roman"/>
          <w:sz w:val="24"/>
          <w:szCs w:val="24"/>
          <w:lang w:val="et-EE"/>
        </w:rPr>
        <w:t xml:space="preserve"> „Teaduspõhine õppekavade ja õppevara arendamine ning rakendamine ja õppekvaliteedi hindamine, personaalsed õpiteed ja </w:t>
      </w:r>
      <w:proofErr w:type="spellStart"/>
      <w:r w:rsidRPr="0012620E">
        <w:rPr>
          <w:rFonts w:ascii="Times New Roman" w:hAnsi="Times New Roman" w:cs="Times New Roman"/>
          <w:sz w:val="24"/>
          <w:szCs w:val="24"/>
          <w:lang w:val="et-EE"/>
        </w:rPr>
        <w:t>õpianalüütika</w:t>
      </w:r>
      <w:proofErr w:type="spellEnd"/>
      <w:r w:rsidRPr="0012620E">
        <w:rPr>
          <w:rFonts w:ascii="Times New Roman" w:hAnsi="Times New Roman" w:cs="Times New Roman"/>
          <w:sz w:val="24"/>
          <w:szCs w:val="24"/>
          <w:lang w:val="et-EE"/>
        </w:rPr>
        <w:t xml:space="preserve">“ </w:t>
      </w:r>
      <w:r w:rsidRPr="00D22C81">
        <w:rPr>
          <w:rFonts w:ascii="Times New Roman" w:hAnsi="Times New Roman" w:cs="Times New Roman"/>
          <w:sz w:val="24"/>
          <w:szCs w:val="24"/>
          <w:lang w:val="et-EE"/>
        </w:rPr>
        <w:t>eelarvevahenditest.  Konkursi eelarve kogumaht on 100 000 eurot.</w:t>
      </w:r>
    </w:p>
    <w:p w:rsidRPr="00D22C81" w:rsidR="000E5556" w:rsidP="007F19D0" w:rsidRDefault="000E5556" w14:paraId="17B5CEA6" w14:textId="77777777">
      <w:pPr>
        <w:spacing w:after="0" w:line="240" w:lineRule="auto"/>
        <w:jc w:val="both"/>
        <w:rPr>
          <w:rFonts w:ascii="Times New Roman" w:hAnsi="Times New Roman" w:cs="Times New Roman"/>
          <w:b/>
          <w:bCs/>
          <w:sz w:val="24"/>
          <w:szCs w:val="24"/>
          <w:lang w:val="et-EE"/>
        </w:rPr>
      </w:pPr>
    </w:p>
    <w:p w:rsidRPr="00F076C0" w:rsidR="000E5556" w:rsidP="00F076C0" w:rsidRDefault="007C5ACA" w14:paraId="1CAB05E4" w14:textId="4D3805CC">
      <w:pPr>
        <w:pStyle w:val="Pealkiri3"/>
        <w:rPr>
          <w:sz w:val="28"/>
          <w:szCs w:val="32"/>
          <w:lang w:val="et-EE"/>
        </w:rPr>
      </w:pPr>
      <w:r>
        <w:rPr>
          <w:sz w:val="28"/>
          <w:szCs w:val="32"/>
          <w:lang w:val="et-EE"/>
        </w:rPr>
        <w:t>9</w:t>
      </w:r>
      <w:r w:rsidRPr="00F076C0" w:rsidR="000E5556">
        <w:rPr>
          <w:sz w:val="28"/>
          <w:szCs w:val="32"/>
          <w:lang w:val="et-EE"/>
        </w:rPr>
        <w:t>. Arendustöö lõpptulemus</w:t>
      </w:r>
    </w:p>
    <w:p w:rsidRPr="00D22C81" w:rsidR="000E5556" w:rsidP="007F19D0" w:rsidRDefault="00F076C0" w14:paraId="680DAA22" w14:textId="1F79AB57">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Arendustöö teostatakse vastavalt tegevuskavale (vt Lisa </w:t>
      </w:r>
      <w:r w:rsidR="002B0629">
        <w:rPr>
          <w:rFonts w:ascii="Times New Roman" w:hAnsi="Times New Roman" w:cs="Times New Roman"/>
          <w:sz w:val="24"/>
          <w:szCs w:val="24"/>
          <w:lang w:val="et-EE"/>
        </w:rPr>
        <w:t>2</w:t>
      </w:r>
      <w:r>
        <w:rPr>
          <w:rFonts w:ascii="Times New Roman" w:hAnsi="Times New Roman" w:cs="Times New Roman"/>
          <w:sz w:val="24"/>
          <w:szCs w:val="24"/>
          <w:lang w:val="et-EE"/>
        </w:rPr>
        <w:t xml:space="preserve">). </w:t>
      </w:r>
      <w:r w:rsidRPr="00D22C81" w:rsidR="000E5556">
        <w:rPr>
          <w:rFonts w:ascii="Times New Roman" w:hAnsi="Times New Roman" w:cs="Times New Roman"/>
          <w:sz w:val="24"/>
          <w:szCs w:val="24"/>
          <w:lang w:val="et-EE"/>
        </w:rPr>
        <w:t>Arendustöö tulemusena valmib iga valitud ideekavandi alusel 3. taseme kutseõppe raamõppekava, mida kutseõppeasutused saavad kasutada kooli õppekava koostamise alusena.</w:t>
      </w:r>
    </w:p>
    <w:p w:rsidRPr="00D22C81" w:rsidR="000E5556" w:rsidP="007F19D0" w:rsidRDefault="000E5556" w14:paraId="3C4BC8F1" w14:textId="77777777">
      <w:pPr>
        <w:spacing w:after="0" w:line="240" w:lineRule="auto"/>
        <w:jc w:val="both"/>
        <w:rPr>
          <w:rFonts w:ascii="Times New Roman" w:hAnsi="Times New Roman" w:cs="Times New Roman"/>
          <w:sz w:val="24"/>
          <w:szCs w:val="24"/>
          <w:lang w:val="et-EE"/>
        </w:rPr>
      </w:pPr>
    </w:p>
    <w:p w:rsidRPr="00D22C81" w:rsidR="000E5556" w:rsidP="007F19D0" w:rsidRDefault="000E5556" w14:paraId="6F44BDEE" w14:textId="694FFA8C">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Raamõppekava koostatakse kooli õppekava soovituslikul vormil ning see sisaldab vähemalt:</w:t>
      </w:r>
    </w:p>
    <w:p w:rsidRPr="00D22C81" w:rsidR="000E5556" w:rsidP="007F19D0" w:rsidRDefault="000E5556" w14:paraId="3B373CA9" w14:textId="77777777">
      <w:pPr>
        <w:numPr>
          <w:ilvl w:val="0"/>
          <w:numId w:val="32"/>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õppekava eesmärki ja sihtrühma;</w:t>
      </w:r>
    </w:p>
    <w:p w:rsidRPr="00D22C81" w:rsidR="000E5556" w:rsidP="007F19D0" w:rsidRDefault="000E5556" w14:paraId="511EFA22" w14:textId="77777777">
      <w:pPr>
        <w:numPr>
          <w:ilvl w:val="0"/>
          <w:numId w:val="32"/>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õpingute alustamise ja lõpetamise nõudeid;</w:t>
      </w:r>
    </w:p>
    <w:p w:rsidRPr="00D22C81" w:rsidR="000E5556" w:rsidP="007F19D0" w:rsidRDefault="000E5556" w14:paraId="2C6EC2EB" w14:textId="77777777">
      <w:pPr>
        <w:numPr>
          <w:ilvl w:val="0"/>
          <w:numId w:val="32"/>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õppekava mahtu ja struktuuri, sealhulgas õppemahu jaotust põhi- ja valikõpingute vahel;</w:t>
      </w:r>
    </w:p>
    <w:p w:rsidRPr="00D22C81" w:rsidR="000E5556" w:rsidP="007F19D0" w:rsidRDefault="000E5556" w14:paraId="30387FAC" w14:textId="77777777">
      <w:pPr>
        <w:numPr>
          <w:ilvl w:val="0"/>
          <w:numId w:val="32"/>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põhiõpingute moodulite loetelu ja mahtusid;</w:t>
      </w:r>
    </w:p>
    <w:p w:rsidRPr="00D22C81" w:rsidR="000E5556" w:rsidP="007F19D0" w:rsidRDefault="000E5556" w14:paraId="0286BC36" w14:textId="77777777">
      <w:pPr>
        <w:numPr>
          <w:ilvl w:val="0"/>
          <w:numId w:val="32"/>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moodulite eesmärke, õpiväljundeid ja lävendi taseme hindamiskriteeriume;</w:t>
      </w:r>
    </w:p>
    <w:p w:rsidRPr="00D22C81" w:rsidR="000E5556" w:rsidP="007F19D0" w:rsidRDefault="000E5556" w14:paraId="05EF051D" w14:textId="77777777">
      <w:pPr>
        <w:numPr>
          <w:ilvl w:val="0"/>
          <w:numId w:val="32"/>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praktilise töö ja praktika põhimõtteid ning mahtu;</w:t>
      </w:r>
    </w:p>
    <w:p w:rsidRPr="00D22C81" w:rsidR="000E5556" w:rsidP="007F19D0" w:rsidRDefault="000E5556" w14:paraId="3DA3E46E" w14:textId="77777777">
      <w:pPr>
        <w:numPr>
          <w:ilvl w:val="0"/>
          <w:numId w:val="32"/>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üldpädevuste ja tööelu üldoskuste lõimimise põhimõtteid.</w:t>
      </w:r>
    </w:p>
    <w:p w:rsidRPr="00D22C81" w:rsidR="000E5556" w:rsidP="007F19D0" w:rsidRDefault="000E5556" w14:paraId="13D37E9E" w14:textId="77777777">
      <w:pPr>
        <w:spacing w:after="0" w:line="240" w:lineRule="auto"/>
        <w:jc w:val="both"/>
        <w:rPr>
          <w:rFonts w:ascii="Times New Roman" w:hAnsi="Times New Roman" w:cs="Times New Roman"/>
          <w:sz w:val="24"/>
          <w:szCs w:val="24"/>
          <w:lang w:val="et-EE"/>
        </w:rPr>
      </w:pPr>
    </w:p>
    <w:p w:rsidRPr="00D22C81" w:rsidR="000E5556" w:rsidP="007F19D0" w:rsidRDefault="000E5556" w14:paraId="537F37F4" w14:textId="18D08D90">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Raamõppekava ei sisalda kooli õppekava rakenduskava. Kooli õppekava ja selle rakendamiseks vajalikud lahendused töötab raamõppekava alusel välja õppekava rakendav kutseõppeasutus.</w:t>
      </w:r>
    </w:p>
    <w:p w:rsidRPr="00D22C81" w:rsidR="00E81ACC" w:rsidP="007F19D0" w:rsidRDefault="00E81ACC" w14:paraId="271591E7" w14:textId="77777777">
      <w:pPr>
        <w:spacing w:after="0" w:line="240" w:lineRule="auto"/>
        <w:jc w:val="both"/>
        <w:rPr>
          <w:rFonts w:ascii="Times New Roman" w:hAnsi="Times New Roman" w:cs="Times New Roman"/>
          <w:sz w:val="24"/>
          <w:szCs w:val="24"/>
          <w:lang w:val="et-EE"/>
        </w:rPr>
      </w:pPr>
    </w:p>
    <w:p w:rsidRPr="00D22C81" w:rsidR="000E5556" w:rsidP="007F19D0" w:rsidRDefault="000E5556" w14:paraId="52925AB0" w14:textId="421E7FB1">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 xml:space="preserve">Raamõppekavad töötatakse välja eesmärgiga võimaldada nende alusel koostatud kooli õppekavade rakendamist alates 2027/2028. õppeaastast. </w:t>
      </w:r>
      <w:r w:rsidRPr="00D22C81">
        <w:rPr>
          <w:rFonts w:ascii="Times New Roman" w:hAnsi="Times New Roman" w:cs="Times New Roman"/>
          <w:b/>
          <w:bCs/>
          <w:sz w:val="24"/>
          <w:szCs w:val="24"/>
          <w:lang w:val="et-EE"/>
        </w:rPr>
        <w:t>Selleks peavad raamõppekavad valmima hiljemalt 15. jaanuariks 2027</w:t>
      </w:r>
      <w:r w:rsidRPr="00D22C81">
        <w:rPr>
          <w:rFonts w:ascii="Times New Roman" w:hAnsi="Times New Roman" w:cs="Times New Roman"/>
          <w:sz w:val="24"/>
          <w:szCs w:val="24"/>
          <w:lang w:val="et-EE"/>
        </w:rPr>
        <w:t>, et õppeasutustel jääks piisav aeg kooli õppekavade koostamiseks ja registreerimiseks Eesti hariduse infosüsteemis ning õppe rakendamise ettevalmistamiseks.</w:t>
      </w:r>
    </w:p>
    <w:p w:rsidRPr="00D22C81" w:rsidR="005368D0" w:rsidP="007F19D0" w:rsidRDefault="005368D0" w14:paraId="0E183EF7" w14:textId="5B180B75">
      <w:pPr>
        <w:spacing w:after="200" w:line="276"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br w:type="page"/>
      </w:r>
    </w:p>
    <w:p w:rsidRPr="00D22C81" w:rsidR="005368D0" w:rsidP="007F19D0" w:rsidRDefault="005368D0" w14:paraId="6C8EFF51" w14:textId="77777777">
      <w:pPr>
        <w:spacing w:after="0" w:line="240" w:lineRule="auto"/>
        <w:jc w:val="both"/>
        <w:rPr>
          <w:rFonts w:ascii="Times New Roman" w:hAnsi="Times New Roman" w:cs="Times New Roman"/>
          <w:b/>
          <w:bCs/>
          <w:sz w:val="24"/>
          <w:szCs w:val="24"/>
          <w:lang w:val="et-EE"/>
        </w:rPr>
        <w:sectPr w:rsidRPr="00D22C81" w:rsidR="005368D0" w:rsidSect="00034616">
          <w:footerReference w:type="default" r:id="rId12"/>
          <w:pgSz w:w="12240" w:h="15840" w:orient="portrait"/>
          <w:pgMar w:top="1134" w:right="1247" w:bottom="1134" w:left="1247" w:header="720" w:footer="720" w:gutter="0"/>
          <w:cols w:space="720"/>
          <w:docGrid w:linePitch="360"/>
        </w:sectPr>
      </w:pPr>
    </w:p>
    <w:p w:rsidRPr="00D22C81" w:rsidR="00D22C81" w:rsidP="00803E57" w:rsidRDefault="00D22C81" w14:paraId="5F0903B2" w14:textId="77777777">
      <w:pPr>
        <w:spacing w:after="200" w:line="276" w:lineRule="auto"/>
        <w:jc w:val="right"/>
        <w:rPr>
          <w:rFonts w:ascii="Times New Roman" w:hAnsi="Times New Roman" w:eastAsia="Times New Roman" w:cs="Times New Roman"/>
          <w:b/>
          <w:bCs/>
          <w:sz w:val="32"/>
          <w:szCs w:val="32"/>
          <w:lang w:val="et-EE" w:eastAsia="et-EE"/>
        </w:rPr>
      </w:pPr>
      <w:r w:rsidRPr="00D22C81">
        <w:rPr>
          <w:rFonts w:ascii="Times New Roman" w:hAnsi="Times New Roman" w:eastAsia="Times New Roman" w:cs="Times New Roman"/>
          <w:b/>
          <w:bCs/>
          <w:sz w:val="32"/>
          <w:szCs w:val="32"/>
          <w:lang w:val="et-EE" w:eastAsia="et-EE"/>
        </w:rPr>
        <w:lastRenderedPageBreak/>
        <w:t>LISA 1</w:t>
      </w:r>
    </w:p>
    <w:p w:rsidRPr="00D22C81" w:rsidR="00D22C81" w:rsidP="007F19D0" w:rsidRDefault="00D22C81" w14:paraId="76977D13" w14:textId="66F540B9">
      <w:pPr>
        <w:spacing w:after="200" w:line="276" w:lineRule="auto"/>
        <w:jc w:val="both"/>
        <w:rPr>
          <w:rFonts w:ascii="Times New Roman" w:hAnsi="Times New Roman" w:eastAsia="Times New Roman" w:cs="Times New Roman"/>
          <w:b/>
          <w:bCs/>
          <w:sz w:val="32"/>
          <w:szCs w:val="32"/>
          <w:lang w:val="et-EE" w:eastAsia="et-EE"/>
        </w:rPr>
      </w:pPr>
      <w:r w:rsidRPr="00D22C81">
        <w:rPr>
          <w:rFonts w:ascii="Times New Roman" w:hAnsi="Times New Roman" w:eastAsia="Times New Roman" w:cs="Times New Roman"/>
          <w:b/>
          <w:bCs/>
          <w:sz w:val="32"/>
          <w:szCs w:val="32"/>
          <w:lang w:val="et-EE" w:eastAsia="et-EE"/>
        </w:rPr>
        <w:t>Pakkumuse esitamise vorm</w:t>
      </w:r>
    </w:p>
    <w:p w:rsidRPr="00D22C81" w:rsidR="00D22C81" w:rsidP="007F19D0" w:rsidRDefault="00D22C81" w14:paraId="42980AAC" w14:textId="77777777">
      <w:pPr>
        <w:spacing w:after="0" w:line="240" w:lineRule="auto"/>
        <w:jc w:val="both"/>
        <w:textAlignment w:val="baseline"/>
        <w:rPr>
          <w:rFonts w:ascii="Times New Roman" w:hAnsi="Times New Roman" w:eastAsia="Times New Roman" w:cs="Times New Roman"/>
          <w:b/>
          <w:bCs/>
          <w:sz w:val="32"/>
          <w:szCs w:val="32"/>
          <w:lang w:val="et-EE" w:eastAsia="et-EE"/>
        </w:rPr>
      </w:pPr>
      <w:r w:rsidRPr="00D22C81">
        <w:rPr>
          <w:rFonts w:ascii="Times New Roman" w:hAnsi="Times New Roman" w:eastAsia="Times New Roman" w:cs="Times New Roman"/>
          <w:b/>
          <w:bCs/>
          <w:sz w:val="32"/>
          <w:szCs w:val="32"/>
          <w:lang w:val="et-EE" w:eastAsia="et-EE"/>
        </w:rPr>
        <w:t>I</w:t>
      </w:r>
    </w:p>
    <w:p w:rsidRPr="00D22C81" w:rsidR="00D22C81" w:rsidP="007F19D0" w:rsidRDefault="00D22C81" w14:paraId="33FF7047" w14:textId="7F76A289">
      <w:pPr>
        <w:spacing w:after="0" w:line="240" w:lineRule="auto"/>
        <w:jc w:val="both"/>
        <w:textAlignment w:val="baseline"/>
        <w:rPr>
          <w:rFonts w:ascii="Times New Roman" w:hAnsi="Times New Roman" w:eastAsia="Times New Roman" w:cs="Times New Roman"/>
          <w:sz w:val="18"/>
          <w:szCs w:val="18"/>
          <w:lang w:val="et-EE" w:eastAsia="et-EE"/>
        </w:rPr>
      </w:pPr>
      <w:r w:rsidRPr="00D22C81">
        <w:rPr>
          <w:rFonts w:ascii="Times New Roman" w:hAnsi="Times New Roman" w:eastAsia="Times New Roman" w:cs="Times New Roman"/>
          <w:b/>
          <w:bCs/>
          <w:sz w:val="32"/>
          <w:szCs w:val="32"/>
          <w:lang w:val="et-EE" w:eastAsia="et-EE"/>
        </w:rPr>
        <w:t>3. taseme kutseõppe raamõppekava ideekavand</w:t>
      </w:r>
    </w:p>
    <w:tbl>
      <w:tblPr>
        <w:tblW w:w="0" w:type="dxa"/>
        <w:tblCellSpacing w:w="15" w:type="dxa"/>
        <w:tblBorders>
          <w:top w:val="single" w:color="auto" w:sz="6" w:space="0"/>
          <w:left w:val="single" w:color="auto" w:sz="6" w:space="0"/>
          <w:bottom w:val="single" w:color="auto" w:sz="6" w:space="0"/>
          <w:right w:val="single" w:color="auto" w:sz="6" w:space="0"/>
        </w:tblBorders>
        <w:tblCellMar>
          <w:left w:w="0" w:type="dxa"/>
          <w:right w:w="0" w:type="dxa"/>
        </w:tblCellMar>
        <w:tblLook w:val="04A0" w:firstRow="1" w:lastRow="0" w:firstColumn="1" w:lastColumn="0" w:noHBand="0" w:noVBand="1"/>
      </w:tblPr>
      <w:tblGrid>
        <w:gridCol w:w="3792"/>
        <w:gridCol w:w="1899"/>
        <w:gridCol w:w="7865"/>
      </w:tblGrid>
      <w:tr w:rsidRPr="00D22C81" w:rsidR="00D22C81" w14:paraId="1B13ED21" w14:textId="77777777">
        <w:trPr>
          <w:trHeight w:val="300"/>
          <w:tblCellSpacing w:w="15" w:type="dxa"/>
        </w:trPr>
        <w:tc>
          <w:tcPr>
            <w:tcW w:w="384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698326BD"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b/>
                <w:bCs/>
                <w:sz w:val="24"/>
                <w:szCs w:val="24"/>
                <w:lang w:val="et-EE" w:eastAsia="et-EE"/>
              </w:rPr>
              <w:t>Üldandmed</w:t>
            </w:r>
            <w:r w:rsidRPr="00D22C81">
              <w:rPr>
                <w:rFonts w:ascii="Times New Roman" w:hAnsi="Times New Roman" w:eastAsia="Times New Roman" w:cs="Times New Roman"/>
                <w:sz w:val="24"/>
                <w:szCs w:val="24"/>
                <w:lang w:val="et-EE" w:eastAsia="et-EE"/>
              </w:rPr>
              <w:t> </w:t>
            </w:r>
          </w:p>
        </w:tc>
        <w:tc>
          <w:tcPr>
            <w:tcW w:w="10125" w:type="dxa"/>
            <w:gridSpan w:val="2"/>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6771FD6B"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 </w:t>
            </w:r>
          </w:p>
        </w:tc>
      </w:tr>
      <w:tr w:rsidRPr="00D22C81" w:rsidR="00D22C81" w14:paraId="02AC2098" w14:textId="77777777">
        <w:trPr>
          <w:trHeight w:val="300"/>
          <w:tblCellSpacing w:w="15" w:type="dxa"/>
        </w:trPr>
        <w:tc>
          <w:tcPr>
            <w:tcW w:w="384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667CDD1C"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b/>
                <w:bCs/>
                <w:sz w:val="24"/>
                <w:szCs w:val="24"/>
                <w:lang w:val="et-EE" w:eastAsia="et-EE"/>
              </w:rPr>
              <w:t>1. Kavandatava raamõppekava nimetus</w:t>
            </w:r>
            <w:r w:rsidRPr="00D22C81">
              <w:rPr>
                <w:rFonts w:ascii="Times New Roman" w:hAnsi="Times New Roman" w:eastAsia="Times New Roman" w:cs="Times New Roman"/>
                <w:sz w:val="24"/>
                <w:szCs w:val="24"/>
                <w:lang w:val="et-EE" w:eastAsia="et-EE"/>
              </w:rPr>
              <w:t> </w:t>
            </w:r>
          </w:p>
        </w:tc>
        <w:tc>
          <w:tcPr>
            <w:tcW w:w="10125" w:type="dxa"/>
            <w:gridSpan w:val="2"/>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5F3B5802"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 </w:t>
            </w:r>
          </w:p>
        </w:tc>
      </w:tr>
      <w:tr w:rsidRPr="00D22C81" w:rsidR="00D22C81" w14:paraId="31FAA8E9" w14:textId="77777777">
        <w:trPr>
          <w:trHeight w:val="300"/>
          <w:tblCellSpacing w:w="15" w:type="dxa"/>
        </w:trPr>
        <w:tc>
          <w:tcPr>
            <w:tcW w:w="384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206B0EDC"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b/>
                <w:bCs/>
                <w:sz w:val="24"/>
                <w:szCs w:val="24"/>
                <w:lang w:val="et-EE" w:eastAsia="et-EE"/>
              </w:rPr>
              <w:t>2. Õppevaldkond / kutseala</w:t>
            </w:r>
            <w:r w:rsidRPr="00D22C81">
              <w:rPr>
                <w:rFonts w:ascii="Times New Roman" w:hAnsi="Times New Roman" w:eastAsia="Times New Roman" w:cs="Times New Roman"/>
                <w:sz w:val="24"/>
                <w:szCs w:val="24"/>
                <w:lang w:val="et-EE" w:eastAsia="et-EE"/>
              </w:rPr>
              <w:t> </w:t>
            </w:r>
          </w:p>
        </w:tc>
        <w:tc>
          <w:tcPr>
            <w:tcW w:w="10125" w:type="dxa"/>
            <w:gridSpan w:val="2"/>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4625C4C6"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Tooge välja valdkond ja soovitatavalt ka õppekavarühm </w:t>
            </w:r>
          </w:p>
        </w:tc>
      </w:tr>
      <w:tr w:rsidRPr="00D22C81" w:rsidR="00D22C81" w14:paraId="0E86F182" w14:textId="77777777">
        <w:trPr>
          <w:trHeight w:val="285"/>
          <w:tblCellSpacing w:w="15" w:type="dxa"/>
        </w:trPr>
        <w:tc>
          <w:tcPr>
            <w:tcW w:w="3840" w:type="dxa"/>
            <w:vMerge w:val="restart"/>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782EC955"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b/>
                <w:bCs/>
                <w:sz w:val="24"/>
                <w:szCs w:val="24"/>
                <w:lang w:val="et-EE" w:eastAsia="et-EE"/>
              </w:rPr>
              <w:t>3. Ideekavandi esitava arendusmeeskonna kontaktisik </w:t>
            </w:r>
            <w:r w:rsidRPr="00D22C81">
              <w:rPr>
                <w:rFonts w:ascii="Times New Roman" w:hAnsi="Times New Roman" w:eastAsia="Times New Roman" w:cs="Times New Roman"/>
                <w:sz w:val="24"/>
                <w:szCs w:val="24"/>
                <w:lang w:val="et-EE" w:eastAsia="et-EE"/>
              </w:rPr>
              <w:t> </w:t>
            </w:r>
          </w:p>
        </w:tc>
        <w:tc>
          <w:tcPr>
            <w:tcW w:w="189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35EEC827"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Ees- ja perenimi </w:t>
            </w:r>
          </w:p>
        </w:tc>
        <w:tc>
          <w:tcPr>
            <w:tcW w:w="82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248146D4"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 </w:t>
            </w:r>
          </w:p>
        </w:tc>
      </w:tr>
      <w:tr w:rsidRPr="00D22C81" w:rsidR="00D22C81" w14:paraId="704ED8CE" w14:textId="77777777">
        <w:trPr>
          <w:trHeight w:val="285"/>
          <w:tblCellSpacing w:w="15" w:type="dxa"/>
        </w:trPr>
        <w:tc>
          <w:tcPr>
            <w:tcW w:w="0" w:type="auto"/>
            <w:vMerge/>
            <w:tcBorders>
              <w:top w:val="single" w:color="auto" w:sz="6" w:space="0"/>
              <w:left w:val="single" w:color="auto" w:sz="6" w:space="0"/>
              <w:bottom w:val="single" w:color="auto" w:sz="6" w:space="0"/>
              <w:right w:val="single" w:color="auto" w:sz="6" w:space="0"/>
            </w:tcBorders>
            <w:vAlign w:val="center"/>
            <w:hideMark/>
          </w:tcPr>
          <w:p w:rsidRPr="00D22C81" w:rsidR="00D22C81" w:rsidP="007F19D0" w:rsidRDefault="00D22C81" w14:paraId="69EBCE6F" w14:textId="77777777">
            <w:pPr>
              <w:spacing w:after="0" w:line="240" w:lineRule="auto"/>
              <w:jc w:val="both"/>
              <w:rPr>
                <w:rFonts w:ascii="Times New Roman" w:hAnsi="Times New Roman" w:eastAsia="Times New Roman" w:cs="Times New Roman"/>
                <w:sz w:val="24"/>
                <w:szCs w:val="24"/>
                <w:lang w:val="et-EE" w:eastAsia="et-EE"/>
              </w:rPr>
            </w:pPr>
          </w:p>
        </w:tc>
        <w:tc>
          <w:tcPr>
            <w:tcW w:w="189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165B59BC"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kontakttelefon </w:t>
            </w:r>
          </w:p>
        </w:tc>
        <w:tc>
          <w:tcPr>
            <w:tcW w:w="82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498E39DE"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 </w:t>
            </w:r>
          </w:p>
        </w:tc>
      </w:tr>
      <w:tr w:rsidRPr="00D22C81" w:rsidR="00D22C81" w14:paraId="32C867D7" w14:textId="77777777">
        <w:trPr>
          <w:trHeight w:val="285"/>
          <w:tblCellSpacing w:w="15" w:type="dxa"/>
        </w:trPr>
        <w:tc>
          <w:tcPr>
            <w:tcW w:w="0" w:type="auto"/>
            <w:vMerge/>
            <w:tcBorders>
              <w:top w:val="single" w:color="auto" w:sz="6" w:space="0"/>
              <w:left w:val="single" w:color="auto" w:sz="6" w:space="0"/>
              <w:bottom w:val="single" w:color="auto" w:sz="6" w:space="0"/>
              <w:right w:val="single" w:color="auto" w:sz="6" w:space="0"/>
            </w:tcBorders>
            <w:vAlign w:val="center"/>
            <w:hideMark/>
          </w:tcPr>
          <w:p w:rsidRPr="00D22C81" w:rsidR="00D22C81" w:rsidP="007F19D0" w:rsidRDefault="00D22C81" w14:paraId="1BE04AE7" w14:textId="77777777">
            <w:pPr>
              <w:spacing w:after="0" w:line="240" w:lineRule="auto"/>
              <w:jc w:val="both"/>
              <w:rPr>
                <w:rFonts w:ascii="Times New Roman" w:hAnsi="Times New Roman" w:eastAsia="Times New Roman" w:cs="Times New Roman"/>
                <w:sz w:val="24"/>
                <w:szCs w:val="24"/>
                <w:lang w:val="et-EE" w:eastAsia="et-EE"/>
              </w:rPr>
            </w:pPr>
          </w:p>
        </w:tc>
        <w:tc>
          <w:tcPr>
            <w:tcW w:w="189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06A64156"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e-posti aadress </w:t>
            </w:r>
          </w:p>
        </w:tc>
        <w:tc>
          <w:tcPr>
            <w:tcW w:w="823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3325234F"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 </w:t>
            </w:r>
          </w:p>
        </w:tc>
      </w:tr>
      <w:tr w:rsidRPr="00D22C81" w:rsidR="00D22C81" w14:paraId="40EA521B" w14:textId="77777777">
        <w:trPr>
          <w:trHeight w:val="300"/>
          <w:tblCellSpacing w:w="15" w:type="dxa"/>
        </w:trPr>
        <w:tc>
          <w:tcPr>
            <w:tcW w:w="384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4D446A49"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b/>
                <w:bCs/>
                <w:sz w:val="24"/>
                <w:szCs w:val="24"/>
                <w:lang w:val="et-EE" w:eastAsia="et-EE"/>
              </w:rPr>
              <w:t>4. Õppekava arendamisel koostööd tegevad õppeasutused</w:t>
            </w:r>
            <w:r w:rsidRPr="00D22C81">
              <w:rPr>
                <w:rFonts w:ascii="Times New Roman" w:hAnsi="Times New Roman" w:eastAsia="Times New Roman" w:cs="Times New Roman"/>
                <w:sz w:val="24"/>
                <w:szCs w:val="24"/>
                <w:lang w:val="et-EE" w:eastAsia="et-EE"/>
              </w:rPr>
              <w:t> </w:t>
            </w:r>
          </w:p>
        </w:tc>
        <w:tc>
          <w:tcPr>
            <w:tcW w:w="10125" w:type="dxa"/>
            <w:gridSpan w:val="2"/>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54AE61C9"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 </w:t>
            </w:r>
          </w:p>
        </w:tc>
      </w:tr>
      <w:tr w:rsidRPr="00D22C81" w:rsidR="00D22C81" w14:paraId="248A457E" w14:textId="77777777">
        <w:trPr>
          <w:trHeight w:val="300"/>
          <w:tblCellSpacing w:w="15" w:type="dxa"/>
        </w:trPr>
        <w:tc>
          <w:tcPr>
            <w:tcW w:w="384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785CB9D6"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b/>
                <w:bCs/>
                <w:sz w:val="24"/>
                <w:szCs w:val="24"/>
                <w:lang w:val="et-EE" w:eastAsia="et-EE"/>
              </w:rPr>
              <w:t>5. Kaasatud organisatsioonid ja töömaailma partnerid</w:t>
            </w:r>
            <w:r w:rsidRPr="00D22C81">
              <w:rPr>
                <w:rFonts w:ascii="Times New Roman" w:hAnsi="Times New Roman" w:eastAsia="Times New Roman" w:cs="Times New Roman"/>
                <w:sz w:val="24"/>
                <w:szCs w:val="24"/>
                <w:lang w:val="et-EE" w:eastAsia="et-EE"/>
              </w:rPr>
              <w:t> </w:t>
            </w:r>
          </w:p>
        </w:tc>
        <w:tc>
          <w:tcPr>
            <w:tcW w:w="10125" w:type="dxa"/>
            <w:gridSpan w:val="2"/>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18523364"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Nimetage vajaduse korral teised õppekava arendamisse kaasatavad organisatsioonid ja partnerid. </w:t>
            </w:r>
          </w:p>
        </w:tc>
      </w:tr>
    </w:tbl>
    <w:p w:rsidRPr="00D22C81" w:rsidR="00D22C81" w:rsidP="007F19D0" w:rsidRDefault="00D22C81" w14:paraId="6798B528" w14:textId="78A57B43">
      <w:pPr>
        <w:spacing w:after="0" w:line="240" w:lineRule="auto"/>
        <w:ind w:left="60"/>
        <w:jc w:val="both"/>
        <w:textAlignment w:val="baseline"/>
        <w:rPr>
          <w:rFonts w:ascii="Times New Roman" w:hAnsi="Times New Roman" w:eastAsia="Times New Roman" w:cs="Times New Roman"/>
          <w:sz w:val="18"/>
          <w:szCs w:val="18"/>
          <w:lang w:val="et-EE" w:eastAsia="et-EE"/>
        </w:rPr>
      </w:pPr>
    </w:p>
    <w:tbl>
      <w:tblPr>
        <w:tblW w:w="0" w:type="dxa"/>
        <w:tblCellSpacing w:w="15" w:type="dxa"/>
        <w:tblBorders>
          <w:top w:val="single" w:color="auto" w:sz="6" w:space="0"/>
          <w:left w:val="single" w:color="auto" w:sz="6" w:space="0"/>
          <w:bottom w:val="single" w:color="auto" w:sz="6" w:space="0"/>
          <w:right w:val="single" w:color="auto" w:sz="6" w:space="0"/>
        </w:tblBorders>
        <w:tblCellMar>
          <w:left w:w="0" w:type="dxa"/>
          <w:right w:w="0" w:type="dxa"/>
        </w:tblCellMar>
        <w:tblLook w:val="04A0" w:firstRow="1" w:lastRow="0" w:firstColumn="1" w:lastColumn="0" w:noHBand="0" w:noVBand="1"/>
      </w:tblPr>
      <w:tblGrid>
        <w:gridCol w:w="3133"/>
        <w:gridCol w:w="10423"/>
      </w:tblGrid>
      <w:tr w:rsidRPr="00D22C81" w:rsidR="00D22C81" w14:paraId="351CD334" w14:textId="77777777">
        <w:trPr>
          <w:trHeight w:val="300"/>
          <w:tblCellSpacing w:w="15" w:type="dxa"/>
        </w:trPr>
        <w:tc>
          <w:tcPr>
            <w:tcW w:w="315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686ABD2F" w14:textId="77777777">
            <w:pPr>
              <w:spacing w:after="0" w:line="240" w:lineRule="auto"/>
              <w:ind w:left="60"/>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b/>
                <w:bCs/>
                <w:sz w:val="24"/>
                <w:szCs w:val="24"/>
                <w:lang w:val="et-EE" w:eastAsia="et-EE"/>
              </w:rPr>
              <w:t>Esitatav teave</w:t>
            </w:r>
            <w:r w:rsidRPr="00D22C81">
              <w:rPr>
                <w:rFonts w:ascii="Times New Roman" w:hAnsi="Times New Roman" w:eastAsia="Times New Roman" w:cs="Times New Roman"/>
                <w:sz w:val="24"/>
                <w:szCs w:val="24"/>
                <w:lang w:val="et-EE" w:eastAsia="et-EE"/>
              </w:rPr>
              <w:t> </w:t>
            </w:r>
          </w:p>
        </w:tc>
        <w:tc>
          <w:tcPr>
            <w:tcW w:w="1083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61E8A55D" w14:textId="77777777">
            <w:pPr>
              <w:spacing w:after="0" w:line="240" w:lineRule="auto"/>
              <w:ind w:left="60"/>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b/>
                <w:bCs/>
                <w:sz w:val="24"/>
                <w:szCs w:val="24"/>
                <w:lang w:val="et-EE" w:eastAsia="et-EE"/>
              </w:rPr>
              <w:t>Esitaja täidab</w:t>
            </w:r>
            <w:r w:rsidRPr="00D22C81">
              <w:rPr>
                <w:rFonts w:ascii="Times New Roman" w:hAnsi="Times New Roman" w:eastAsia="Times New Roman" w:cs="Times New Roman"/>
                <w:sz w:val="24"/>
                <w:szCs w:val="24"/>
                <w:lang w:val="et-EE" w:eastAsia="et-EE"/>
              </w:rPr>
              <w:t> </w:t>
            </w:r>
          </w:p>
        </w:tc>
      </w:tr>
      <w:tr w:rsidRPr="00D22C81" w:rsidR="00D22C81" w14:paraId="2DF2FC5B" w14:textId="77777777">
        <w:trPr>
          <w:trHeight w:val="300"/>
          <w:tblCellSpacing w:w="15" w:type="dxa"/>
        </w:trPr>
        <w:tc>
          <w:tcPr>
            <w:tcW w:w="315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2DDF3361" w14:textId="77777777">
            <w:pPr>
              <w:spacing w:after="0" w:line="240" w:lineRule="auto"/>
              <w:ind w:left="60"/>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b/>
                <w:bCs/>
                <w:sz w:val="24"/>
                <w:szCs w:val="24"/>
                <w:lang w:val="et-EE" w:eastAsia="et-EE"/>
              </w:rPr>
              <w:t>1. Õppekava idee kirjeldus</w:t>
            </w:r>
            <w:r w:rsidRPr="00D22C81">
              <w:rPr>
                <w:rFonts w:ascii="Times New Roman" w:hAnsi="Times New Roman" w:eastAsia="Times New Roman" w:cs="Times New Roman"/>
                <w:sz w:val="24"/>
                <w:szCs w:val="24"/>
                <w:lang w:val="et-EE" w:eastAsia="et-EE"/>
              </w:rPr>
              <w:t> </w:t>
            </w:r>
          </w:p>
        </w:tc>
        <w:tc>
          <w:tcPr>
            <w:tcW w:w="1083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66C2E0A2" w14:textId="77777777">
            <w:pPr>
              <w:spacing w:after="0" w:line="240" w:lineRule="auto"/>
              <w:ind w:left="60"/>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Kirjeldage lühidalt õppekava põhiideed, eesmärgist lähtuvaid õppekava õpiväljundeid ning tooge välja peamised oskuste valdkonnad või põhiteemad või omandatavad kompetentsid/oskused, mida õppekava hõlmab.  </w:t>
            </w:r>
          </w:p>
          <w:p w:rsidRPr="00D22C81" w:rsidR="00D22C81" w:rsidP="007F19D0" w:rsidRDefault="00D22C81" w14:paraId="5D30A33B" w14:textId="77777777">
            <w:pPr>
              <w:spacing w:after="0" w:line="240" w:lineRule="auto"/>
              <w:ind w:left="60"/>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Kirjeldage kuidas on kavas arendada õpilase üldpädevusi ja tööelu üldoskusi. Kui võimalik, siis esitage õppekava põhiõpingute struktuur. </w:t>
            </w:r>
          </w:p>
        </w:tc>
      </w:tr>
      <w:tr w:rsidRPr="00D22C81" w:rsidR="00D22C81" w14:paraId="2EF86B4F" w14:textId="77777777">
        <w:trPr>
          <w:trHeight w:val="300"/>
          <w:tblCellSpacing w:w="15" w:type="dxa"/>
        </w:trPr>
        <w:tc>
          <w:tcPr>
            <w:tcW w:w="315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5DC7F471" w14:textId="77777777">
            <w:pPr>
              <w:spacing w:after="0" w:line="240" w:lineRule="auto"/>
              <w:ind w:left="60"/>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b/>
                <w:bCs/>
                <w:sz w:val="24"/>
                <w:szCs w:val="24"/>
                <w:lang w:val="et-EE" w:eastAsia="et-EE"/>
              </w:rPr>
              <w:t>2. Uudsus ja lisandväärtus</w:t>
            </w:r>
            <w:r w:rsidRPr="00D22C81">
              <w:rPr>
                <w:rFonts w:ascii="Times New Roman" w:hAnsi="Times New Roman" w:eastAsia="Times New Roman" w:cs="Times New Roman"/>
                <w:sz w:val="24"/>
                <w:szCs w:val="24"/>
                <w:lang w:val="et-EE" w:eastAsia="et-EE"/>
              </w:rPr>
              <w:t> </w:t>
            </w:r>
          </w:p>
        </w:tc>
        <w:tc>
          <w:tcPr>
            <w:tcW w:w="1083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5AF97488" w14:textId="77777777">
            <w:pPr>
              <w:spacing w:after="0" w:line="240" w:lineRule="auto"/>
              <w:ind w:left="60"/>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Selgitage, mille poolest erineb kavandatav õppekava olemasolevatest õppevõimalustest ning milliseid uusi oskusi, tehnoloogiaid, tööviise või nende kombinatsioone see hõlmab. </w:t>
            </w:r>
          </w:p>
        </w:tc>
      </w:tr>
      <w:tr w:rsidRPr="00D22C81" w:rsidR="00D22C81" w14:paraId="535BC07A" w14:textId="77777777">
        <w:trPr>
          <w:trHeight w:val="300"/>
          <w:tblCellSpacing w:w="15" w:type="dxa"/>
        </w:trPr>
        <w:tc>
          <w:tcPr>
            <w:tcW w:w="315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0B3990BE" w14:textId="77777777">
            <w:pPr>
              <w:spacing w:after="0" w:line="240" w:lineRule="auto"/>
              <w:ind w:left="60"/>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b/>
                <w:bCs/>
                <w:sz w:val="24"/>
                <w:szCs w:val="24"/>
                <w:lang w:val="et-EE" w:eastAsia="et-EE"/>
              </w:rPr>
              <w:t>3. Töömaailma vajadus ja tulevikku suunatus</w:t>
            </w:r>
            <w:r w:rsidRPr="00D22C81">
              <w:rPr>
                <w:rFonts w:ascii="Times New Roman" w:hAnsi="Times New Roman" w:eastAsia="Times New Roman" w:cs="Times New Roman"/>
                <w:sz w:val="24"/>
                <w:szCs w:val="24"/>
                <w:lang w:val="et-EE" w:eastAsia="et-EE"/>
              </w:rPr>
              <w:t> </w:t>
            </w:r>
          </w:p>
        </w:tc>
        <w:tc>
          <w:tcPr>
            <w:tcW w:w="1083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3A7270BC" w14:textId="2683F369">
            <w:pPr>
              <w:spacing w:after="0" w:line="240" w:lineRule="auto"/>
              <w:ind w:left="60"/>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Põhjendage õppekava vajadust töömaailma praeguste ja tulevaste oskusvajaduste ning arengutrendidega. Tooge välja vajadust toetavad andmed, uuringud ja/või töömaailma sisend ning võimalikud rakendumisvaldkonnad ja tööülesanded. </w:t>
            </w:r>
          </w:p>
        </w:tc>
      </w:tr>
      <w:tr w:rsidRPr="00D22C81" w:rsidR="00D22C81" w14:paraId="273F5E45" w14:textId="77777777">
        <w:trPr>
          <w:trHeight w:val="300"/>
          <w:tblCellSpacing w:w="15" w:type="dxa"/>
        </w:trPr>
        <w:tc>
          <w:tcPr>
            <w:tcW w:w="315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01F3DC8B" w14:textId="77777777">
            <w:pPr>
              <w:spacing w:after="0" w:line="240" w:lineRule="auto"/>
              <w:ind w:left="60"/>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b/>
                <w:bCs/>
                <w:sz w:val="24"/>
                <w:szCs w:val="24"/>
                <w:lang w:val="et-EE" w:eastAsia="et-EE"/>
              </w:rPr>
              <w:lastRenderedPageBreak/>
              <w:t>4. Sihtrühm ja õppe jõukohasus</w:t>
            </w:r>
            <w:r w:rsidRPr="00D22C81">
              <w:rPr>
                <w:rFonts w:ascii="Times New Roman" w:hAnsi="Times New Roman" w:eastAsia="Times New Roman" w:cs="Times New Roman"/>
                <w:sz w:val="24"/>
                <w:szCs w:val="24"/>
                <w:lang w:val="et-EE" w:eastAsia="et-EE"/>
              </w:rPr>
              <w:t> </w:t>
            </w:r>
          </w:p>
        </w:tc>
        <w:tc>
          <w:tcPr>
            <w:tcW w:w="1083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03607A45" w14:textId="77777777">
            <w:pPr>
              <w:spacing w:after="0" w:line="240" w:lineRule="auto"/>
              <w:ind w:left="60"/>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Tooge välja olulised sihtrühma vajadused või eripärad, millega õppe kavandamisel arvestatakse. </w:t>
            </w:r>
          </w:p>
        </w:tc>
      </w:tr>
      <w:tr w:rsidRPr="00D22C81" w:rsidR="00D22C81" w14:paraId="61CB621F" w14:textId="77777777">
        <w:trPr>
          <w:trHeight w:val="300"/>
          <w:tblCellSpacing w:w="15" w:type="dxa"/>
        </w:trPr>
        <w:tc>
          <w:tcPr>
            <w:tcW w:w="315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45104630" w14:textId="77777777">
            <w:pPr>
              <w:spacing w:after="0" w:line="240" w:lineRule="auto"/>
              <w:ind w:left="60"/>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b/>
                <w:bCs/>
                <w:sz w:val="24"/>
                <w:szCs w:val="24"/>
                <w:lang w:val="et-EE" w:eastAsia="et-EE"/>
              </w:rPr>
              <w:t>5. Õpingute jätkamise võimalused</w:t>
            </w:r>
            <w:r w:rsidRPr="00D22C81">
              <w:rPr>
                <w:rFonts w:ascii="Times New Roman" w:hAnsi="Times New Roman" w:eastAsia="Times New Roman" w:cs="Times New Roman"/>
                <w:sz w:val="24"/>
                <w:szCs w:val="24"/>
                <w:lang w:val="et-EE" w:eastAsia="et-EE"/>
              </w:rPr>
              <w:t> </w:t>
            </w:r>
          </w:p>
        </w:tc>
        <w:tc>
          <w:tcPr>
            <w:tcW w:w="1083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1C6174D2" w14:textId="77777777">
            <w:pPr>
              <w:spacing w:after="0" w:line="240" w:lineRule="auto"/>
              <w:ind w:left="60"/>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Kirjeldage, millised realistlikud võimalused loob õppekava õpingute jätkamiseks (tuues välja koolid ja õppekavad) ning kuidas omandatavad oskused toetavad õppija liikumist järgmisele õpiteele. </w:t>
            </w:r>
          </w:p>
        </w:tc>
      </w:tr>
      <w:tr w:rsidRPr="00D22C81" w:rsidR="00D22C81" w14:paraId="2C0BAC1C" w14:textId="77777777">
        <w:trPr>
          <w:trHeight w:val="300"/>
          <w:tblCellSpacing w:w="15" w:type="dxa"/>
        </w:trPr>
        <w:tc>
          <w:tcPr>
            <w:tcW w:w="315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52802430" w14:textId="77777777">
            <w:pPr>
              <w:spacing w:after="0" w:line="240" w:lineRule="auto"/>
              <w:ind w:left="60"/>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b/>
                <w:bCs/>
                <w:sz w:val="24"/>
                <w:szCs w:val="24"/>
                <w:lang w:val="et-EE" w:eastAsia="et-EE"/>
              </w:rPr>
              <w:t>6. Koostööpartnerid</w:t>
            </w:r>
            <w:r w:rsidRPr="00D22C81">
              <w:rPr>
                <w:rFonts w:ascii="Times New Roman" w:hAnsi="Times New Roman" w:eastAsia="Times New Roman" w:cs="Times New Roman"/>
                <w:sz w:val="24"/>
                <w:szCs w:val="24"/>
                <w:lang w:val="et-EE" w:eastAsia="et-EE"/>
              </w:rPr>
              <w:t> </w:t>
            </w:r>
          </w:p>
        </w:tc>
        <w:tc>
          <w:tcPr>
            <w:tcW w:w="1083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18F938FB" w14:textId="77777777">
            <w:pPr>
              <w:spacing w:after="0" w:line="240" w:lineRule="auto"/>
              <w:ind w:left="60"/>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Nimetage vähemalt kaks õppekava arendamisel osalevat õppeasutust ning vajaduse korral teised kaasatavad organisatsioonid ja töömaailma partnerid. </w:t>
            </w:r>
          </w:p>
        </w:tc>
      </w:tr>
      <w:tr w:rsidRPr="00D22C81" w:rsidR="00D22C81" w14:paraId="552CF83A" w14:textId="77777777">
        <w:trPr>
          <w:trHeight w:val="300"/>
          <w:tblCellSpacing w:w="15" w:type="dxa"/>
        </w:trPr>
        <w:tc>
          <w:tcPr>
            <w:tcW w:w="315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56D6671E" w14:textId="77777777">
            <w:pPr>
              <w:spacing w:after="0" w:line="240" w:lineRule="auto"/>
              <w:ind w:left="60"/>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b/>
                <w:bCs/>
                <w:sz w:val="24"/>
                <w:szCs w:val="24"/>
                <w:lang w:val="et-EE" w:eastAsia="et-EE"/>
              </w:rPr>
              <w:t>7. Muu oluline teave</w:t>
            </w:r>
            <w:r w:rsidRPr="00D22C81">
              <w:rPr>
                <w:rFonts w:ascii="Times New Roman" w:hAnsi="Times New Roman" w:eastAsia="Times New Roman" w:cs="Times New Roman"/>
                <w:sz w:val="24"/>
                <w:szCs w:val="24"/>
                <w:lang w:val="et-EE" w:eastAsia="et-EE"/>
              </w:rPr>
              <w:t> </w:t>
            </w:r>
          </w:p>
        </w:tc>
        <w:tc>
          <w:tcPr>
            <w:tcW w:w="1083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7A3EC588" w14:textId="77777777">
            <w:pPr>
              <w:spacing w:after="0" w:line="240" w:lineRule="auto"/>
              <w:ind w:left="60"/>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Lisage vajaduse korral muu info, mis aitab hinnata õppekava idee põhjendatust ja potentsiaali. </w:t>
            </w:r>
          </w:p>
        </w:tc>
      </w:tr>
    </w:tbl>
    <w:p w:rsidRPr="00F076C0" w:rsidR="00D22C81" w:rsidP="00F076C0" w:rsidRDefault="00D22C81" w14:paraId="31B3ACF2" w14:textId="0D3BE2CE">
      <w:pPr>
        <w:spacing w:after="0" w:line="240" w:lineRule="auto"/>
        <w:ind w:left="60"/>
        <w:jc w:val="both"/>
        <w:textAlignment w:val="baseline"/>
        <w:rPr>
          <w:rFonts w:ascii="Times New Roman" w:hAnsi="Times New Roman" w:eastAsia="Times New Roman" w:cs="Times New Roman"/>
          <w:sz w:val="24"/>
          <w:szCs w:val="24"/>
          <w:bdr w:val="none" w:color="auto" w:sz="0" w:space="0" w:frame="1"/>
          <w:shd w:val="clear" w:color="auto" w:fill="C6C6C6"/>
          <w:lang w:val="et-EE" w:eastAsia="et-EE"/>
        </w:rPr>
      </w:pPr>
    </w:p>
    <w:p w:rsidRPr="00D22C81" w:rsidR="00D22C81" w:rsidP="007F19D0" w:rsidRDefault="00D22C81" w14:paraId="6A4F681F" w14:textId="3E432A1F">
      <w:pPr>
        <w:spacing w:after="0" w:line="240" w:lineRule="auto"/>
        <w:jc w:val="both"/>
        <w:textAlignment w:val="baseline"/>
        <w:rPr>
          <w:rFonts w:ascii="Times New Roman" w:hAnsi="Times New Roman" w:eastAsia="Times New Roman" w:cs="Times New Roman"/>
          <w:b/>
          <w:bCs/>
          <w:sz w:val="32"/>
          <w:szCs w:val="32"/>
          <w:lang w:val="et-EE" w:eastAsia="et-EE"/>
        </w:rPr>
      </w:pPr>
      <w:r w:rsidRPr="00D22C81">
        <w:rPr>
          <w:rFonts w:ascii="Times New Roman" w:hAnsi="Times New Roman" w:eastAsia="Times New Roman" w:cs="Times New Roman"/>
          <w:b/>
          <w:bCs/>
          <w:sz w:val="32"/>
          <w:szCs w:val="32"/>
          <w:lang w:val="et-EE" w:eastAsia="et-EE"/>
        </w:rPr>
        <w:t>II</w:t>
      </w:r>
    </w:p>
    <w:p w:rsidRPr="00D22C81" w:rsidR="00D22C81" w:rsidP="007F19D0" w:rsidRDefault="00D22C81" w14:paraId="57312794" w14:textId="23B2951B">
      <w:pPr>
        <w:spacing w:after="0" w:line="240" w:lineRule="auto"/>
        <w:jc w:val="both"/>
        <w:textAlignment w:val="baseline"/>
        <w:rPr>
          <w:rFonts w:ascii="Times New Roman" w:hAnsi="Times New Roman" w:eastAsia="Times New Roman" w:cs="Times New Roman"/>
          <w:color w:val="0F4761"/>
          <w:sz w:val="18"/>
          <w:szCs w:val="18"/>
          <w:lang w:val="et-EE" w:eastAsia="et-EE"/>
        </w:rPr>
      </w:pPr>
      <w:r w:rsidRPr="00D22C81">
        <w:rPr>
          <w:rFonts w:ascii="Times New Roman" w:hAnsi="Times New Roman" w:eastAsia="Times New Roman" w:cs="Times New Roman"/>
          <w:b/>
          <w:bCs/>
          <w:sz w:val="32"/>
          <w:szCs w:val="32"/>
          <w:lang w:val="et-EE" w:eastAsia="et-EE"/>
        </w:rPr>
        <w:t>Arendusmeeskonna koosseis ja pädevus</w:t>
      </w:r>
    </w:p>
    <w:p w:rsidRPr="00D22C81" w:rsidR="00D22C81" w:rsidP="007F19D0" w:rsidRDefault="00D22C81" w14:paraId="13C83993" w14:textId="1D8AB928">
      <w:pPr>
        <w:spacing w:after="0" w:line="240" w:lineRule="auto"/>
        <w:jc w:val="both"/>
        <w:textAlignment w:val="baseline"/>
        <w:rPr>
          <w:rFonts w:ascii="Times New Roman" w:hAnsi="Times New Roman" w:eastAsia="Times New Roman" w:cs="Times New Roman"/>
          <w:sz w:val="18"/>
          <w:szCs w:val="18"/>
          <w:lang w:val="et-EE" w:eastAsia="et-EE"/>
        </w:rPr>
      </w:pPr>
      <w:r w:rsidRPr="00D22C81">
        <w:rPr>
          <w:rFonts w:ascii="Times New Roman" w:hAnsi="Times New Roman" w:eastAsia="Times New Roman" w:cs="Times New Roman"/>
          <w:sz w:val="24"/>
          <w:szCs w:val="24"/>
          <w:lang w:val="et-EE" w:eastAsia="et-EE"/>
        </w:rPr>
        <w:t xml:space="preserve">Raamõppekava ideekavandi esitab </w:t>
      </w:r>
      <w:r w:rsidR="00F076C0">
        <w:rPr>
          <w:rFonts w:ascii="Times New Roman" w:hAnsi="Times New Roman" w:eastAsia="Times New Roman" w:cs="Times New Roman"/>
          <w:sz w:val="24"/>
          <w:szCs w:val="24"/>
          <w:lang w:val="et-EE" w:eastAsia="et-EE"/>
        </w:rPr>
        <w:t>3</w:t>
      </w:r>
      <w:r w:rsidRPr="00D22C81">
        <w:rPr>
          <w:rFonts w:ascii="Times New Roman" w:hAnsi="Times New Roman" w:eastAsia="Times New Roman" w:cs="Times New Roman"/>
          <w:sz w:val="24"/>
          <w:szCs w:val="24"/>
          <w:lang w:val="et-EE" w:eastAsia="et-EE"/>
        </w:rPr>
        <w:t>–</w:t>
      </w:r>
      <w:r w:rsidR="00F076C0">
        <w:rPr>
          <w:rFonts w:ascii="Times New Roman" w:hAnsi="Times New Roman" w:eastAsia="Times New Roman" w:cs="Times New Roman"/>
          <w:sz w:val="24"/>
          <w:szCs w:val="24"/>
          <w:lang w:val="et-EE" w:eastAsia="et-EE"/>
        </w:rPr>
        <w:t>6</w:t>
      </w:r>
      <w:r w:rsidRPr="00D22C81">
        <w:rPr>
          <w:rFonts w:ascii="Times New Roman" w:hAnsi="Times New Roman" w:eastAsia="Times New Roman" w:cs="Times New Roman"/>
          <w:sz w:val="24"/>
          <w:szCs w:val="24"/>
          <w:lang w:val="et-EE" w:eastAsia="et-EE"/>
        </w:rPr>
        <w:t>-liikmeline meeskond, kes on valmis ja võimeline valituks osutumisel raamõppekava välja töötama etteantud ajaraamis. </w:t>
      </w:r>
    </w:p>
    <w:p w:rsidR="00D22C81" w:rsidP="007F19D0" w:rsidRDefault="00D22C81" w14:paraId="035589F5" w14:textId="78968CFB">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Meeskonna pädevusi vaadeldakse tervikuna ning kõik nõutavad pädevused ei pea olema esindatud igal meeskonnaliikmel. Tooge välja iga liikme puhul tema asjakohane pädevus ja sellega seotud kogemused ning kavandatav panus raamõppekava väljatöötamisse. </w:t>
      </w:r>
    </w:p>
    <w:p w:rsidRPr="00D22C81" w:rsidR="00F076C0" w:rsidP="007F19D0" w:rsidRDefault="00F076C0" w14:paraId="0790DF11" w14:textId="77777777">
      <w:pPr>
        <w:spacing w:after="0" w:line="240" w:lineRule="auto"/>
        <w:jc w:val="both"/>
        <w:textAlignment w:val="baseline"/>
        <w:rPr>
          <w:rFonts w:ascii="Times New Roman" w:hAnsi="Times New Roman" w:eastAsia="Times New Roman" w:cs="Times New Roman"/>
          <w:sz w:val="18"/>
          <w:szCs w:val="18"/>
          <w:lang w:val="et-EE" w:eastAsia="et-EE"/>
        </w:rPr>
      </w:pPr>
    </w:p>
    <w:p w:rsidRPr="00D22C81" w:rsidR="00D22C81" w:rsidP="007F19D0" w:rsidRDefault="00D22C81" w14:paraId="039A2F69" w14:textId="5654F69A">
      <w:pPr>
        <w:spacing w:after="0" w:line="240" w:lineRule="auto"/>
        <w:jc w:val="both"/>
        <w:textAlignment w:val="baseline"/>
        <w:rPr>
          <w:rFonts w:ascii="Times New Roman" w:hAnsi="Times New Roman" w:eastAsia="Times New Roman" w:cs="Times New Roman"/>
          <w:sz w:val="18"/>
          <w:szCs w:val="18"/>
          <w:lang w:val="et-EE" w:eastAsia="et-EE"/>
        </w:rPr>
      </w:pPr>
      <w:r w:rsidRPr="00D22C81">
        <w:rPr>
          <w:rFonts w:ascii="Times New Roman" w:hAnsi="Times New Roman" w:eastAsia="Times New Roman" w:cs="Times New Roman"/>
          <w:b/>
          <w:bCs/>
          <w:sz w:val="24"/>
          <w:szCs w:val="24"/>
          <w:lang w:val="et-EE" w:eastAsia="et-EE"/>
        </w:rPr>
        <w:t>MEESKONNA KOOSSEIS (</w:t>
      </w:r>
      <w:r w:rsidRPr="00D22C81">
        <w:rPr>
          <w:rFonts w:ascii="Times New Roman" w:hAnsi="Times New Roman" w:eastAsia="Times New Roman" w:cs="Times New Roman"/>
          <w:i/>
          <w:iCs/>
          <w:sz w:val="24"/>
          <w:szCs w:val="24"/>
          <w:lang w:val="et-EE" w:eastAsia="et-EE"/>
        </w:rPr>
        <w:t>Täita üks kord kogu arendusmeeskonna kohta</w:t>
      </w:r>
      <w:r w:rsidR="00F076C0">
        <w:rPr>
          <w:rFonts w:ascii="Times New Roman" w:hAnsi="Times New Roman" w:eastAsia="Times New Roman" w:cs="Times New Roman"/>
          <w:i/>
          <w:iCs/>
          <w:sz w:val="24"/>
          <w:szCs w:val="24"/>
          <w:lang w:val="et-EE" w:eastAsia="et-EE"/>
        </w:rPr>
        <w:t>).</w:t>
      </w:r>
    </w:p>
    <w:tbl>
      <w:tblPr>
        <w:tblW w:w="0" w:type="dxa"/>
        <w:tblCellSpacing w:w="15" w:type="dxa"/>
        <w:tblBorders>
          <w:top w:val="single" w:color="auto" w:sz="6" w:space="0"/>
          <w:left w:val="single" w:color="auto" w:sz="6" w:space="0"/>
          <w:bottom w:val="single" w:color="auto" w:sz="6" w:space="0"/>
          <w:right w:val="single" w:color="auto" w:sz="6" w:space="0"/>
        </w:tblBorders>
        <w:tblCellMar>
          <w:left w:w="0" w:type="dxa"/>
          <w:right w:w="0" w:type="dxa"/>
        </w:tblCellMar>
        <w:tblLook w:val="04A0" w:firstRow="1" w:lastRow="0" w:firstColumn="1" w:lastColumn="0" w:noHBand="0" w:noVBand="1"/>
      </w:tblPr>
      <w:tblGrid>
        <w:gridCol w:w="5059"/>
        <w:gridCol w:w="4070"/>
        <w:gridCol w:w="4427"/>
      </w:tblGrid>
      <w:tr w:rsidRPr="00D22C81" w:rsidR="00D22C81" w14:paraId="488EB7BF" w14:textId="77777777">
        <w:trPr>
          <w:trHeight w:val="300"/>
          <w:tblCellSpacing w:w="15" w:type="dxa"/>
        </w:trPr>
        <w:tc>
          <w:tcPr>
            <w:tcW w:w="565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4D19737C"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b/>
                <w:bCs/>
                <w:sz w:val="24"/>
                <w:szCs w:val="24"/>
                <w:lang w:val="et-EE" w:eastAsia="et-EE"/>
              </w:rPr>
              <w:t>Nõutav pädevus / osalus</w:t>
            </w:r>
            <w:r w:rsidRPr="00D22C81">
              <w:rPr>
                <w:rFonts w:ascii="Times New Roman" w:hAnsi="Times New Roman" w:eastAsia="Times New Roman" w:cs="Times New Roman"/>
                <w:sz w:val="24"/>
                <w:szCs w:val="24"/>
                <w:lang w:val="et-EE" w:eastAsia="et-EE"/>
              </w:rPr>
              <w:t> </w:t>
            </w:r>
          </w:p>
        </w:tc>
        <w:tc>
          <w:tcPr>
            <w:tcW w:w="453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6470398E"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b/>
                <w:bCs/>
                <w:sz w:val="24"/>
                <w:szCs w:val="24"/>
                <w:lang w:val="et-EE" w:eastAsia="et-EE"/>
              </w:rPr>
              <w:t>Meeskonnaliige või -liikmed, kes pädevust katavad</w:t>
            </w:r>
            <w:r w:rsidRPr="00D22C81">
              <w:rPr>
                <w:rFonts w:ascii="Times New Roman" w:hAnsi="Times New Roman" w:eastAsia="Times New Roman" w:cs="Times New Roman"/>
                <w:sz w:val="24"/>
                <w:szCs w:val="24"/>
                <w:lang w:val="et-EE" w:eastAsia="et-EE"/>
              </w:rPr>
              <w:t> </w:t>
            </w:r>
          </w:p>
        </w:tc>
        <w:tc>
          <w:tcPr>
            <w:tcW w:w="4950" w:type="dxa"/>
            <w:tcBorders>
              <w:top w:val="single" w:color="auto" w:sz="6" w:space="0"/>
              <w:left w:val="single" w:color="auto" w:sz="6" w:space="0"/>
              <w:bottom w:val="single" w:color="auto" w:sz="6" w:space="0"/>
              <w:right w:val="single" w:color="auto" w:sz="6" w:space="0"/>
            </w:tcBorders>
            <w:shd w:val="clear" w:color="auto" w:fill="FFFFFF"/>
            <w:hideMark/>
          </w:tcPr>
          <w:p w:rsidRPr="00D22C81" w:rsidR="00D22C81" w:rsidP="007F19D0" w:rsidRDefault="00D22C81" w14:paraId="405CF0CD"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b/>
                <w:bCs/>
                <w:sz w:val="24"/>
                <w:szCs w:val="24"/>
                <w:lang w:val="et-EE" w:eastAsia="et-EE"/>
              </w:rPr>
              <w:t>Esindatav organisatsioon</w:t>
            </w:r>
            <w:r w:rsidRPr="00D22C81">
              <w:rPr>
                <w:rFonts w:ascii="Times New Roman" w:hAnsi="Times New Roman" w:eastAsia="Times New Roman" w:cs="Times New Roman"/>
                <w:sz w:val="24"/>
                <w:szCs w:val="24"/>
                <w:lang w:val="et-EE" w:eastAsia="et-EE"/>
              </w:rPr>
              <w:t> </w:t>
            </w:r>
          </w:p>
        </w:tc>
      </w:tr>
      <w:tr w:rsidRPr="00D22C81" w:rsidR="00D22C81" w14:paraId="187882FC" w14:textId="77777777">
        <w:trPr>
          <w:trHeight w:val="300"/>
          <w:tblCellSpacing w:w="15" w:type="dxa"/>
        </w:trPr>
        <w:tc>
          <w:tcPr>
            <w:tcW w:w="565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262BFAF9"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Arendatava valdkonna erialane pädevus </w:t>
            </w:r>
          </w:p>
        </w:tc>
        <w:tc>
          <w:tcPr>
            <w:tcW w:w="453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0047DB1B"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 </w:t>
            </w:r>
          </w:p>
        </w:tc>
        <w:tc>
          <w:tcPr>
            <w:tcW w:w="4950" w:type="dxa"/>
            <w:tcBorders>
              <w:top w:val="single" w:color="auto" w:sz="6" w:space="0"/>
              <w:left w:val="single" w:color="auto" w:sz="6" w:space="0"/>
              <w:bottom w:val="single" w:color="auto" w:sz="6" w:space="0"/>
              <w:right w:val="single" w:color="auto" w:sz="6" w:space="0"/>
            </w:tcBorders>
            <w:shd w:val="clear" w:color="auto" w:fill="FFFFFF"/>
            <w:hideMark/>
          </w:tcPr>
          <w:p w:rsidRPr="00D22C81" w:rsidR="00D22C81" w:rsidP="007F19D0" w:rsidRDefault="00D22C81" w14:paraId="5FAD5A92"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 </w:t>
            </w:r>
          </w:p>
        </w:tc>
      </w:tr>
      <w:tr w:rsidRPr="00D22C81" w:rsidR="00D22C81" w14:paraId="4FA80E2C" w14:textId="77777777">
        <w:trPr>
          <w:trHeight w:val="300"/>
          <w:tblCellSpacing w:w="15" w:type="dxa"/>
        </w:trPr>
        <w:tc>
          <w:tcPr>
            <w:tcW w:w="565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6245CDA5"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Sihtrühma õpetamise kogemus </w:t>
            </w:r>
          </w:p>
        </w:tc>
        <w:tc>
          <w:tcPr>
            <w:tcW w:w="453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2AEF1373"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 </w:t>
            </w:r>
          </w:p>
        </w:tc>
        <w:tc>
          <w:tcPr>
            <w:tcW w:w="4950" w:type="dxa"/>
            <w:tcBorders>
              <w:top w:val="single" w:color="auto" w:sz="6" w:space="0"/>
              <w:left w:val="single" w:color="auto" w:sz="6" w:space="0"/>
              <w:bottom w:val="single" w:color="auto" w:sz="6" w:space="0"/>
              <w:right w:val="single" w:color="auto" w:sz="6" w:space="0"/>
            </w:tcBorders>
            <w:shd w:val="clear" w:color="auto" w:fill="FFFFFF"/>
            <w:hideMark/>
          </w:tcPr>
          <w:p w:rsidRPr="00D22C81" w:rsidR="00D22C81" w:rsidP="007F19D0" w:rsidRDefault="00D22C81" w14:paraId="30C9FAD2"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 </w:t>
            </w:r>
          </w:p>
        </w:tc>
      </w:tr>
      <w:tr w:rsidRPr="00D22C81" w:rsidR="00D22C81" w14:paraId="65AC9586" w14:textId="77777777">
        <w:trPr>
          <w:trHeight w:val="300"/>
          <w:tblCellSpacing w:w="15" w:type="dxa"/>
        </w:trPr>
        <w:tc>
          <w:tcPr>
            <w:tcW w:w="565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7D349D8D"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Kutseõppe õppekava rakendamise kogemus </w:t>
            </w:r>
          </w:p>
        </w:tc>
        <w:tc>
          <w:tcPr>
            <w:tcW w:w="453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668D15D1"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 </w:t>
            </w:r>
          </w:p>
        </w:tc>
        <w:tc>
          <w:tcPr>
            <w:tcW w:w="4950" w:type="dxa"/>
            <w:tcBorders>
              <w:top w:val="single" w:color="auto" w:sz="6" w:space="0"/>
              <w:left w:val="single" w:color="auto" w:sz="6" w:space="0"/>
              <w:bottom w:val="single" w:color="auto" w:sz="6" w:space="0"/>
              <w:right w:val="single" w:color="auto" w:sz="6" w:space="0"/>
            </w:tcBorders>
            <w:shd w:val="clear" w:color="auto" w:fill="FFFFFF"/>
            <w:hideMark/>
          </w:tcPr>
          <w:p w:rsidRPr="00D22C81" w:rsidR="00D22C81" w:rsidP="007F19D0" w:rsidRDefault="00D22C81" w14:paraId="4D8AECD5"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 </w:t>
            </w:r>
          </w:p>
        </w:tc>
      </w:tr>
      <w:tr w:rsidRPr="00D22C81" w:rsidR="00D22C81" w14:paraId="116B526B" w14:textId="77777777">
        <w:trPr>
          <w:trHeight w:val="300"/>
          <w:tblCellSpacing w:w="15" w:type="dxa"/>
        </w:trPr>
        <w:tc>
          <w:tcPr>
            <w:tcW w:w="565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28F10FF8"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Õppekavaarenduse pädevus </w:t>
            </w:r>
          </w:p>
        </w:tc>
        <w:tc>
          <w:tcPr>
            <w:tcW w:w="453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42FE7236"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 </w:t>
            </w:r>
          </w:p>
        </w:tc>
        <w:tc>
          <w:tcPr>
            <w:tcW w:w="4950" w:type="dxa"/>
            <w:tcBorders>
              <w:top w:val="single" w:color="auto" w:sz="6" w:space="0"/>
              <w:left w:val="single" w:color="auto" w:sz="6" w:space="0"/>
              <w:bottom w:val="single" w:color="auto" w:sz="6" w:space="0"/>
              <w:right w:val="single" w:color="auto" w:sz="6" w:space="0"/>
            </w:tcBorders>
            <w:shd w:val="clear" w:color="auto" w:fill="FFFFFF"/>
            <w:hideMark/>
          </w:tcPr>
          <w:p w:rsidRPr="00D22C81" w:rsidR="00D22C81" w:rsidP="007F19D0" w:rsidRDefault="00D22C81" w14:paraId="367068A5"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 </w:t>
            </w:r>
          </w:p>
        </w:tc>
      </w:tr>
      <w:tr w:rsidRPr="00D22C81" w:rsidR="00D22C81" w14:paraId="6B5E8BDA" w14:textId="77777777">
        <w:trPr>
          <w:trHeight w:val="300"/>
          <w:tblCellSpacing w:w="15" w:type="dxa"/>
        </w:trPr>
        <w:tc>
          <w:tcPr>
            <w:tcW w:w="565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5D45897E"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Töömaailma ja valdkonna oskusvajaduste tundmine </w:t>
            </w:r>
          </w:p>
        </w:tc>
        <w:tc>
          <w:tcPr>
            <w:tcW w:w="453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4FB89092"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 </w:t>
            </w:r>
          </w:p>
        </w:tc>
        <w:tc>
          <w:tcPr>
            <w:tcW w:w="4950" w:type="dxa"/>
            <w:tcBorders>
              <w:top w:val="single" w:color="auto" w:sz="6" w:space="0"/>
              <w:left w:val="single" w:color="auto" w:sz="6" w:space="0"/>
              <w:bottom w:val="single" w:color="auto" w:sz="6" w:space="0"/>
              <w:right w:val="single" w:color="auto" w:sz="6" w:space="0"/>
            </w:tcBorders>
            <w:shd w:val="clear" w:color="auto" w:fill="FFFFFF"/>
            <w:hideMark/>
          </w:tcPr>
          <w:p w:rsidRPr="00D22C81" w:rsidR="00D22C81" w:rsidP="007F19D0" w:rsidRDefault="00D22C81" w14:paraId="768F1D28"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 </w:t>
            </w:r>
          </w:p>
        </w:tc>
      </w:tr>
    </w:tbl>
    <w:p w:rsidRPr="00D22C81" w:rsidR="00D22C81" w:rsidP="00F076C0" w:rsidRDefault="00D22C81" w14:paraId="25282202" w14:textId="5BCA3D7B">
      <w:pPr>
        <w:spacing w:after="0" w:line="240" w:lineRule="auto"/>
        <w:jc w:val="both"/>
        <w:textAlignment w:val="baseline"/>
        <w:rPr>
          <w:rFonts w:ascii="Times New Roman" w:hAnsi="Times New Roman" w:eastAsia="Times New Roman" w:cs="Times New Roman"/>
          <w:sz w:val="18"/>
          <w:szCs w:val="18"/>
          <w:lang w:val="et-EE" w:eastAsia="et-EE"/>
        </w:rPr>
      </w:pPr>
    </w:p>
    <w:tbl>
      <w:tblPr>
        <w:tblW w:w="0" w:type="dxa"/>
        <w:tblCellSpacing w:w="15" w:type="dxa"/>
        <w:tblBorders>
          <w:top w:val="single" w:color="auto" w:sz="6" w:space="0"/>
          <w:left w:val="single" w:color="auto" w:sz="6" w:space="0"/>
          <w:bottom w:val="single" w:color="auto" w:sz="6" w:space="0"/>
          <w:right w:val="single" w:color="auto" w:sz="6" w:space="0"/>
        </w:tblBorders>
        <w:tblCellMar>
          <w:left w:w="0" w:type="dxa"/>
          <w:right w:w="0" w:type="dxa"/>
        </w:tblCellMar>
        <w:tblLook w:val="04A0" w:firstRow="1" w:lastRow="0" w:firstColumn="1" w:lastColumn="0" w:noHBand="0" w:noVBand="1"/>
      </w:tblPr>
      <w:tblGrid>
        <w:gridCol w:w="463"/>
        <w:gridCol w:w="5310"/>
        <w:gridCol w:w="7783"/>
      </w:tblGrid>
      <w:tr w:rsidRPr="00D22C81" w:rsidR="00D22C81" w14:paraId="280B12C6" w14:textId="77777777">
        <w:trPr>
          <w:trHeight w:val="300"/>
          <w:tblCellSpacing w:w="15" w:type="dxa"/>
        </w:trPr>
        <w:tc>
          <w:tcPr>
            <w:tcW w:w="6360" w:type="dxa"/>
            <w:gridSpan w:val="2"/>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0FAD6B4A"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b/>
                <w:bCs/>
                <w:sz w:val="24"/>
                <w:szCs w:val="24"/>
                <w:lang w:val="et-EE" w:eastAsia="et-EE"/>
              </w:rPr>
              <w:t>Koostööd tegevad organisatsioonid</w:t>
            </w:r>
            <w:r w:rsidRPr="00D22C81">
              <w:rPr>
                <w:rFonts w:ascii="Times New Roman" w:hAnsi="Times New Roman" w:eastAsia="Times New Roman" w:cs="Times New Roman"/>
                <w:sz w:val="24"/>
                <w:szCs w:val="24"/>
                <w:lang w:val="et-EE" w:eastAsia="et-EE"/>
              </w:rPr>
              <w:t> </w:t>
            </w:r>
          </w:p>
        </w:tc>
        <w:tc>
          <w:tcPr>
            <w:tcW w:w="877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0AF9B114"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Roll kavandi esitamisel ja õppekava väljatöötamisel </w:t>
            </w:r>
          </w:p>
        </w:tc>
      </w:tr>
      <w:tr w:rsidRPr="00D22C81" w:rsidR="00D22C81" w14:paraId="788A3A89" w14:textId="77777777">
        <w:trPr>
          <w:trHeight w:val="300"/>
          <w:tblCellSpacing w:w="15" w:type="dxa"/>
        </w:trPr>
        <w:tc>
          <w:tcPr>
            <w:tcW w:w="42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4BDC0CD9"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1 </w:t>
            </w:r>
          </w:p>
        </w:tc>
        <w:tc>
          <w:tcPr>
            <w:tcW w:w="594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53E5AF48"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 </w:t>
            </w:r>
          </w:p>
        </w:tc>
        <w:tc>
          <w:tcPr>
            <w:tcW w:w="877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2D823DD1"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 </w:t>
            </w:r>
          </w:p>
        </w:tc>
      </w:tr>
      <w:tr w:rsidRPr="00D22C81" w:rsidR="00D22C81" w14:paraId="7BF7EB90" w14:textId="77777777">
        <w:trPr>
          <w:trHeight w:val="300"/>
          <w:tblCellSpacing w:w="15" w:type="dxa"/>
        </w:trPr>
        <w:tc>
          <w:tcPr>
            <w:tcW w:w="42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69F4A223"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2 </w:t>
            </w:r>
          </w:p>
        </w:tc>
        <w:tc>
          <w:tcPr>
            <w:tcW w:w="594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68FD0908"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 </w:t>
            </w:r>
          </w:p>
        </w:tc>
        <w:tc>
          <w:tcPr>
            <w:tcW w:w="877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4E505C76"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 </w:t>
            </w:r>
          </w:p>
        </w:tc>
      </w:tr>
      <w:tr w:rsidRPr="00D22C81" w:rsidR="00D22C81" w14:paraId="59B42652" w14:textId="77777777">
        <w:trPr>
          <w:trHeight w:val="300"/>
          <w:tblCellSpacing w:w="15" w:type="dxa"/>
        </w:trPr>
        <w:tc>
          <w:tcPr>
            <w:tcW w:w="42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7114E533"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 </w:t>
            </w:r>
          </w:p>
        </w:tc>
        <w:tc>
          <w:tcPr>
            <w:tcW w:w="594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49A9D953"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 </w:t>
            </w:r>
          </w:p>
        </w:tc>
        <w:tc>
          <w:tcPr>
            <w:tcW w:w="877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1403327A"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 </w:t>
            </w:r>
          </w:p>
        </w:tc>
      </w:tr>
    </w:tbl>
    <w:p w:rsidRPr="00D22C81" w:rsidR="00D22C81" w:rsidP="007F19D0" w:rsidRDefault="00D22C81" w14:paraId="6F2EF3E0" w14:textId="054662E0">
      <w:pPr>
        <w:spacing w:after="0" w:line="240" w:lineRule="auto"/>
        <w:jc w:val="both"/>
        <w:textAlignment w:val="baseline"/>
        <w:rPr>
          <w:rFonts w:ascii="Times New Roman" w:hAnsi="Times New Roman" w:eastAsia="Times New Roman" w:cs="Times New Roman"/>
          <w:sz w:val="18"/>
          <w:szCs w:val="18"/>
          <w:lang w:val="et-EE" w:eastAsia="et-EE"/>
        </w:rPr>
      </w:pPr>
    </w:p>
    <w:p w:rsidRPr="00D22C81" w:rsidR="00D22C81" w:rsidP="007F19D0" w:rsidRDefault="00D22C81" w14:paraId="774EBB47" w14:textId="784BDDA6">
      <w:pPr>
        <w:spacing w:after="0" w:line="240" w:lineRule="auto"/>
        <w:jc w:val="both"/>
        <w:textAlignment w:val="baseline"/>
        <w:rPr>
          <w:rFonts w:ascii="Times New Roman" w:hAnsi="Times New Roman" w:eastAsia="Times New Roman" w:cs="Times New Roman"/>
          <w:sz w:val="18"/>
          <w:szCs w:val="18"/>
          <w:lang w:val="et-EE" w:eastAsia="et-EE"/>
        </w:rPr>
      </w:pPr>
    </w:p>
    <w:p w:rsidRPr="00D22C81" w:rsidR="00D22C81" w:rsidP="007F19D0" w:rsidRDefault="00D22C81" w14:paraId="22738A02" w14:textId="77777777">
      <w:pPr>
        <w:spacing w:after="0" w:line="240" w:lineRule="auto"/>
        <w:jc w:val="both"/>
        <w:textAlignment w:val="baseline"/>
        <w:rPr>
          <w:rFonts w:ascii="Times New Roman" w:hAnsi="Times New Roman" w:eastAsia="Times New Roman" w:cs="Times New Roman"/>
          <w:sz w:val="18"/>
          <w:szCs w:val="18"/>
          <w:lang w:val="et-EE" w:eastAsia="et-EE"/>
        </w:rPr>
      </w:pPr>
      <w:r w:rsidRPr="00D22C81">
        <w:rPr>
          <w:rFonts w:ascii="Times New Roman" w:hAnsi="Times New Roman" w:eastAsia="Times New Roman" w:cs="Times New Roman"/>
          <w:b/>
          <w:bCs/>
          <w:sz w:val="24"/>
          <w:szCs w:val="24"/>
          <w:lang w:val="et-EE" w:eastAsia="et-EE"/>
        </w:rPr>
        <w:lastRenderedPageBreak/>
        <w:t>ARENDUSMEESKONNA LIIKME ANDMED (</w:t>
      </w:r>
      <w:r w:rsidRPr="00D22C81">
        <w:rPr>
          <w:rFonts w:ascii="Times New Roman" w:hAnsi="Times New Roman" w:eastAsia="Times New Roman" w:cs="Times New Roman"/>
          <w:i/>
          <w:iCs/>
          <w:sz w:val="24"/>
          <w:szCs w:val="24"/>
          <w:lang w:val="et-EE" w:eastAsia="et-EE"/>
        </w:rPr>
        <w:t>Täita iga arendusmeeskonna liikme kohta eraldi).</w:t>
      </w:r>
      <w:r w:rsidRPr="00D22C81">
        <w:rPr>
          <w:rFonts w:ascii="Times New Roman" w:hAnsi="Times New Roman" w:eastAsia="Times New Roman" w:cs="Times New Roman"/>
          <w:sz w:val="24"/>
          <w:szCs w:val="24"/>
          <w:bdr w:val="none" w:color="auto" w:sz="0" w:space="0" w:frame="1"/>
          <w:shd w:val="clear" w:color="auto" w:fill="C6C6C6"/>
          <w:lang w:val="et-EE" w:eastAsia="et-EE"/>
        </w:rPr>
        <w:t> </w:t>
      </w:r>
    </w:p>
    <w:tbl>
      <w:tblPr>
        <w:tblW w:w="0" w:type="dxa"/>
        <w:tblCellSpacing w:w="15" w:type="dxa"/>
        <w:tblBorders>
          <w:top w:val="single" w:color="auto" w:sz="6" w:space="0"/>
          <w:left w:val="single" w:color="auto" w:sz="6" w:space="0"/>
          <w:bottom w:val="single" w:color="auto" w:sz="6" w:space="0"/>
          <w:right w:val="single" w:color="auto" w:sz="6" w:space="0"/>
        </w:tblBorders>
        <w:tblCellMar>
          <w:left w:w="0" w:type="dxa"/>
          <w:right w:w="0" w:type="dxa"/>
        </w:tblCellMar>
        <w:tblLook w:val="04A0" w:firstRow="1" w:lastRow="0" w:firstColumn="1" w:lastColumn="0" w:noHBand="0" w:noVBand="1"/>
      </w:tblPr>
      <w:tblGrid>
        <w:gridCol w:w="4022"/>
        <w:gridCol w:w="9534"/>
      </w:tblGrid>
      <w:tr w:rsidRPr="00D22C81" w:rsidR="00D22C81" w14:paraId="4BF42424" w14:textId="77777777">
        <w:trPr>
          <w:trHeight w:val="300"/>
          <w:tblCellSpacing w:w="15" w:type="dxa"/>
        </w:trPr>
        <w:tc>
          <w:tcPr>
            <w:tcW w:w="430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458221E7"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b/>
                <w:bCs/>
                <w:sz w:val="24"/>
                <w:szCs w:val="24"/>
                <w:lang w:val="et-EE" w:eastAsia="et-EE"/>
              </w:rPr>
              <w:t>Andmed</w:t>
            </w:r>
            <w:r w:rsidRPr="00D22C81">
              <w:rPr>
                <w:rFonts w:ascii="Times New Roman" w:hAnsi="Times New Roman" w:eastAsia="Times New Roman" w:cs="Times New Roman"/>
                <w:sz w:val="24"/>
                <w:szCs w:val="24"/>
                <w:lang w:val="et-EE" w:eastAsia="et-EE"/>
              </w:rPr>
              <w:t> </w:t>
            </w:r>
          </w:p>
        </w:tc>
        <w:tc>
          <w:tcPr>
            <w:tcW w:w="1105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2C5B7715"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b/>
                <w:bCs/>
                <w:sz w:val="24"/>
                <w:szCs w:val="24"/>
                <w:lang w:val="et-EE" w:eastAsia="et-EE"/>
              </w:rPr>
              <w:t>Selgitused</w:t>
            </w:r>
            <w:r w:rsidRPr="00D22C81">
              <w:rPr>
                <w:rFonts w:ascii="Times New Roman" w:hAnsi="Times New Roman" w:eastAsia="Times New Roman" w:cs="Times New Roman"/>
                <w:sz w:val="24"/>
                <w:szCs w:val="24"/>
                <w:lang w:val="et-EE" w:eastAsia="et-EE"/>
              </w:rPr>
              <w:t> </w:t>
            </w:r>
          </w:p>
        </w:tc>
      </w:tr>
      <w:tr w:rsidRPr="00D22C81" w:rsidR="00D22C81" w14:paraId="19B2C399" w14:textId="77777777">
        <w:trPr>
          <w:trHeight w:val="300"/>
          <w:tblCellSpacing w:w="15" w:type="dxa"/>
        </w:trPr>
        <w:tc>
          <w:tcPr>
            <w:tcW w:w="430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701B45CD"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b/>
                <w:bCs/>
                <w:sz w:val="24"/>
                <w:szCs w:val="24"/>
                <w:lang w:val="et-EE" w:eastAsia="et-EE"/>
              </w:rPr>
              <w:t>1. Ees- ja perekonnanimi</w:t>
            </w:r>
            <w:r w:rsidRPr="00D22C81">
              <w:rPr>
                <w:rFonts w:ascii="Times New Roman" w:hAnsi="Times New Roman" w:eastAsia="Times New Roman" w:cs="Times New Roman"/>
                <w:sz w:val="24"/>
                <w:szCs w:val="24"/>
                <w:lang w:val="et-EE" w:eastAsia="et-EE"/>
              </w:rPr>
              <w:t> </w:t>
            </w:r>
          </w:p>
        </w:tc>
        <w:tc>
          <w:tcPr>
            <w:tcW w:w="1105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6151C9AC"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 </w:t>
            </w:r>
          </w:p>
        </w:tc>
      </w:tr>
      <w:tr w:rsidRPr="00D22C81" w:rsidR="00D22C81" w14:paraId="43AAE037" w14:textId="77777777">
        <w:trPr>
          <w:trHeight w:val="300"/>
          <w:tblCellSpacing w:w="15" w:type="dxa"/>
        </w:trPr>
        <w:tc>
          <w:tcPr>
            <w:tcW w:w="430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7A067E93"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b/>
                <w:bCs/>
                <w:sz w:val="24"/>
                <w:szCs w:val="24"/>
                <w:lang w:val="et-EE" w:eastAsia="et-EE"/>
              </w:rPr>
              <w:t>2. Omandatud haridus/kvalifikatsioon</w:t>
            </w:r>
            <w:r w:rsidRPr="00D22C81">
              <w:rPr>
                <w:rFonts w:ascii="Times New Roman" w:hAnsi="Times New Roman" w:eastAsia="Times New Roman" w:cs="Times New Roman"/>
                <w:sz w:val="24"/>
                <w:szCs w:val="24"/>
                <w:lang w:val="et-EE" w:eastAsia="et-EE"/>
              </w:rPr>
              <w:t> </w:t>
            </w:r>
          </w:p>
        </w:tc>
        <w:tc>
          <w:tcPr>
            <w:tcW w:w="1105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6632BDDE"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Esitage andmed mis võimaldavad hinnata kvalifikatsioonile vastavust </w:t>
            </w:r>
          </w:p>
        </w:tc>
      </w:tr>
      <w:tr w:rsidRPr="00D22C81" w:rsidR="00D22C81" w14:paraId="1CC32BF5" w14:textId="77777777">
        <w:trPr>
          <w:trHeight w:val="300"/>
          <w:tblCellSpacing w:w="15" w:type="dxa"/>
        </w:trPr>
        <w:tc>
          <w:tcPr>
            <w:tcW w:w="430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0D686D68"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b/>
                <w:bCs/>
                <w:sz w:val="24"/>
                <w:szCs w:val="24"/>
                <w:lang w:val="et-EE" w:eastAsia="et-EE"/>
              </w:rPr>
              <w:t>3. Kavandatav roll arendusmeeskonnas</w:t>
            </w:r>
            <w:r w:rsidRPr="00D22C81">
              <w:rPr>
                <w:rFonts w:ascii="Times New Roman" w:hAnsi="Times New Roman" w:eastAsia="Times New Roman" w:cs="Times New Roman"/>
                <w:sz w:val="24"/>
                <w:szCs w:val="24"/>
                <w:lang w:val="et-EE" w:eastAsia="et-EE"/>
              </w:rPr>
              <w:t> </w:t>
            </w:r>
          </w:p>
        </w:tc>
        <w:tc>
          <w:tcPr>
            <w:tcW w:w="1105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7A39F6EF"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Kirjeldage lühidalt liikme rolli raamõppekava väljatöötamisel. </w:t>
            </w:r>
          </w:p>
        </w:tc>
      </w:tr>
      <w:tr w:rsidRPr="00D22C81" w:rsidR="00D22C81" w14:paraId="1626CC0A" w14:textId="77777777">
        <w:trPr>
          <w:trHeight w:val="300"/>
          <w:tblCellSpacing w:w="15" w:type="dxa"/>
        </w:trPr>
        <w:tc>
          <w:tcPr>
            <w:tcW w:w="430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067A16AC"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b/>
                <w:bCs/>
                <w:sz w:val="24"/>
                <w:szCs w:val="24"/>
                <w:lang w:val="et-EE" w:eastAsia="et-EE"/>
              </w:rPr>
              <w:t>4. Pädevusvaldkond</w:t>
            </w:r>
            <w:r w:rsidRPr="00D22C81">
              <w:rPr>
                <w:rFonts w:ascii="Times New Roman" w:hAnsi="Times New Roman" w:eastAsia="Times New Roman" w:cs="Times New Roman"/>
                <w:sz w:val="24"/>
                <w:szCs w:val="24"/>
                <w:lang w:val="et-EE" w:eastAsia="et-EE"/>
              </w:rPr>
              <w:t> </w:t>
            </w:r>
          </w:p>
        </w:tc>
        <w:tc>
          <w:tcPr>
            <w:tcW w:w="1105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14C46E99"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Märkige üks või mitu:  </w:t>
            </w:r>
          </w:p>
          <w:p w:rsidRPr="00D22C81" w:rsidR="00D22C81" w:rsidP="007F19D0" w:rsidRDefault="00D22C81" w14:paraId="4ED39A34"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Segoe UI Symbol" w:hAnsi="Segoe UI Symbol" w:eastAsia="Times New Roman" w:cs="Segoe UI Symbol"/>
                <w:sz w:val="24"/>
                <w:szCs w:val="24"/>
                <w:lang w:val="et-EE" w:eastAsia="et-EE"/>
              </w:rPr>
              <w:t>☐</w:t>
            </w:r>
            <w:r w:rsidRPr="00D22C81">
              <w:rPr>
                <w:rFonts w:ascii="Times New Roman" w:hAnsi="Times New Roman" w:eastAsia="Times New Roman" w:cs="Times New Roman"/>
                <w:sz w:val="24"/>
                <w:szCs w:val="24"/>
                <w:lang w:val="et-EE" w:eastAsia="et-EE"/>
              </w:rPr>
              <w:t xml:space="preserve"> arendatava valdkonna erialane pädevus  </w:t>
            </w:r>
          </w:p>
          <w:p w:rsidRPr="00D22C81" w:rsidR="00D22C81" w:rsidP="007F19D0" w:rsidRDefault="00D22C81" w14:paraId="26CFA6B1"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Segoe UI Symbol" w:hAnsi="Segoe UI Symbol" w:eastAsia="Times New Roman" w:cs="Segoe UI Symbol"/>
                <w:sz w:val="24"/>
                <w:szCs w:val="24"/>
                <w:lang w:val="et-EE" w:eastAsia="et-EE"/>
              </w:rPr>
              <w:t>☐</w:t>
            </w:r>
            <w:r w:rsidRPr="00D22C81">
              <w:rPr>
                <w:rFonts w:ascii="Times New Roman" w:hAnsi="Times New Roman" w:eastAsia="Times New Roman" w:cs="Times New Roman"/>
                <w:sz w:val="24"/>
                <w:szCs w:val="24"/>
                <w:lang w:val="et-EE" w:eastAsia="et-EE"/>
              </w:rPr>
              <w:t xml:space="preserve"> sihtrühma õpetamise kogemus  </w:t>
            </w:r>
          </w:p>
          <w:p w:rsidRPr="00D22C81" w:rsidR="00D22C81" w:rsidP="007F19D0" w:rsidRDefault="00D22C81" w14:paraId="073A9A10"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Segoe UI Symbol" w:hAnsi="Segoe UI Symbol" w:eastAsia="Times New Roman" w:cs="Segoe UI Symbol"/>
                <w:sz w:val="24"/>
                <w:szCs w:val="24"/>
                <w:lang w:val="et-EE" w:eastAsia="et-EE"/>
              </w:rPr>
              <w:t>☐</w:t>
            </w:r>
            <w:r w:rsidRPr="00D22C81">
              <w:rPr>
                <w:rFonts w:ascii="Times New Roman" w:hAnsi="Times New Roman" w:eastAsia="Times New Roman" w:cs="Times New Roman"/>
                <w:sz w:val="24"/>
                <w:szCs w:val="24"/>
                <w:lang w:val="et-EE" w:eastAsia="et-EE"/>
              </w:rPr>
              <w:t xml:space="preserve"> kutseõppe õppekava rakendamise kogemus  </w:t>
            </w:r>
          </w:p>
          <w:p w:rsidRPr="00D22C81" w:rsidR="00D22C81" w:rsidP="007F19D0" w:rsidRDefault="00D22C81" w14:paraId="6E350F68"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Segoe UI Symbol" w:hAnsi="Segoe UI Symbol" w:eastAsia="Times New Roman" w:cs="Segoe UI Symbol"/>
                <w:sz w:val="24"/>
                <w:szCs w:val="24"/>
                <w:lang w:val="et-EE" w:eastAsia="et-EE"/>
              </w:rPr>
              <w:t>☐</w:t>
            </w:r>
            <w:r w:rsidRPr="00D22C81">
              <w:rPr>
                <w:rFonts w:ascii="Times New Roman" w:hAnsi="Times New Roman" w:eastAsia="Times New Roman" w:cs="Times New Roman"/>
                <w:sz w:val="24"/>
                <w:szCs w:val="24"/>
                <w:lang w:val="et-EE" w:eastAsia="et-EE"/>
              </w:rPr>
              <w:t xml:space="preserve"> õppekavaarenduse pädevus  </w:t>
            </w:r>
          </w:p>
          <w:p w:rsidRPr="00D22C81" w:rsidR="00D22C81" w:rsidP="007F19D0" w:rsidRDefault="00D22C81" w14:paraId="049D0072"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Segoe UI Symbol" w:hAnsi="Segoe UI Symbol" w:eastAsia="Times New Roman" w:cs="Segoe UI Symbol"/>
                <w:sz w:val="24"/>
                <w:szCs w:val="24"/>
                <w:lang w:val="et-EE" w:eastAsia="et-EE"/>
              </w:rPr>
              <w:t>☐</w:t>
            </w:r>
            <w:r w:rsidRPr="00D22C81">
              <w:rPr>
                <w:rFonts w:ascii="Times New Roman" w:hAnsi="Times New Roman" w:eastAsia="Times New Roman" w:cs="Times New Roman"/>
                <w:sz w:val="24"/>
                <w:szCs w:val="24"/>
                <w:lang w:val="et-EE" w:eastAsia="et-EE"/>
              </w:rPr>
              <w:t xml:space="preserve"> töömaailma ja valdkonna oskusvajaduste tundmine </w:t>
            </w:r>
          </w:p>
        </w:tc>
      </w:tr>
      <w:tr w:rsidRPr="00D22C81" w:rsidR="00D22C81" w14:paraId="60527091" w14:textId="77777777">
        <w:trPr>
          <w:trHeight w:val="300"/>
          <w:tblCellSpacing w:w="15" w:type="dxa"/>
        </w:trPr>
        <w:tc>
          <w:tcPr>
            <w:tcW w:w="430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696E5F11"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b/>
                <w:bCs/>
                <w:sz w:val="24"/>
                <w:szCs w:val="24"/>
                <w:lang w:val="et-EE" w:eastAsia="et-EE"/>
              </w:rPr>
              <w:t>5. Asjakohase kogemuse kirjeldus</w:t>
            </w:r>
            <w:r w:rsidRPr="00D22C81">
              <w:rPr>
                <w:rFonts w:ascii="Times New Roman" w:hAnsi="Times New Roman" w:eastAsia="Times New Roman" w:cs="Times New Roman"/>
                <w:sz w:val="24"/>
                <w:szCs w:val="24"/>
                <w:lang w:val="et-EE" w:eastAsia="et-EE"/>
              </w:rPr>
              <w:t> </w:t>
            </w:r>
          </w:p>
        </w:tc>
        <w:tc>
          <w:tcPr>
            <w:tcW w:w="1105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4A41FB4C"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Kirjeldage lühidalt liikme valitud pädevusvaldkondadega seotud kogemust, sh peamisi ülesandeid ja vastutusvaldkondi. </w:t>
            </w:r>
          </w:p>
        </w:tc>
      </w:tr>
      <w:tr w:rsidRPr="00D22C81" w:rsidR="00D22C81" w14:paraId="18B16D00" w14:textId="77777777">
        <w:trPr>
          <w:trHeight w:val="300"/>
          <w:tblCellSpacing w:w="15" w:type="dxa"/>
        </w:trPr>
        <w:tc>
          <w:tcPr>
            <w:tcW w:w="430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55B56256"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b/>
                <w:bCs/>
                <w:sz w:val="24"/>
                <w:szCs w:val="24"/>
                <w:lang w:val="et-EE" w:eastAsia="et-EE"/>
              </w:rPr>
              <w:t>6. Asjakohase kogemuse kestus</w:t>
            </w:r>
            <w:r w:rsidRPr="00D22C81">
              <w:rPr>
                <w:rFonts w:ascii="Times New Roman" w:hAnsi="Times New Roman" w:eastAsia="Times New Roman" w:cs="Times New Roman"/>
                <w:sz w:val="24"/>
                <w:szCs w:val="24"/>
                <w:lang w:val="et-EE" w:eastAsia="et-EE"/>
              </w:rPr>
              <w:t> </w:t>
            </w:r>
          </w:p>
        </w:tc>
        <w:tc>
          <w:tcPr>
            <w:tcW w:w="1105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2A8A5A28"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Märkige kogemuse kestus aastates. Kui kogemus erineb pädevuste lõikes, esitage kestus iga pädevusvaldkonna kohta eraldi. </w:t>
            </w:r>
          </w:p>
        </w:tc>
      </w:tr>
      <w:tr w:rsidRPr="00D22C81" w:rsidR="00D22C81" w14:paraId="793157F8" w14:textId="77777777">
        <w:trPr>
          <w:trHeight w:val="300"/>
          <w:tblCellSpacing w:w="15" w:type="dxa"/>
        </w:trPr>
        <w:tc>
          <w:tcPr>
            <w:tcW w:w="430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69AF62E1"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b/>
                <w:bCs/>
                <w:sz w:val="24"/>
                <w:szCs w:val="24"/>
                <w:lang w:val="et-EE" w:eastAsia="et-EE"/>
              </w:rPr>
              <w:t>7. Näited pädevuse rakendamisest</w:t>
            </w:r>
            <w:r w:rsidRPr="00D22C81">
              <w:rPr>
                <w:rFonts w:ascii="Times New Roman" w:hAnsi="Times New Roman" w:eastAsia="Times New Roman" w:cs="Times New Roman"/>
                <w:sz w:val="24"/>
                <w:szCs w:val="24"/>
                <w:lang w:val="et-EE" w:eastAsia="et-EE"/>
              </w:rPr>
              <w:t> </w:t>
            </w:r>
          </w:p>
        </w:tc>
        <w:tc>
          <w:tcPr>
            <w:tcW w:w="1105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08712F54"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Tooge 1–2 konkreetset näidet varasemast tegevusest, projektist, õppekavaarendusest, õpetamisest või muust asjakohasest tööst, mis tõendab nimetatud pädevust ja kogemust. </w:t>
            </w:r>
          </w:p>
        </w:tc>
      </w:tr>
      <w:tr w:rsidRPr="00D22C81" w:rsidR="00D22C81" w14:paraId="752E5EEB" w14:textId="77777777">
        <w:trPr>
          <w:trHeight w:val="300"/>
          <w:tblCellSpacing w:w="15" w:type="dxa"/>
        </w:trPr>
        <w:tc>
          <w:tcPr>
            <w:tcW w:w="430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7508B69B"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b/>
                <w:bCs/>
                <w:sz w:val="24"/>
                <w:szCs w:val="24"/>
                <w:lang w:val="et-EE" w:eastAsia="et-EE"/>
              </w:rPr>
              <w:t>8. Kavandatav panus raamõppekava väljatöötamisel</w:t>
            </w:r>
            <w:r w:rsidRPr="00D22C81">
              <w:rPr>
                <w:rFonts w:ascii="Times New Roman" w:hAnsi="Times New Roman" w:eastAsia="Times New Roman" w:cs="Times New Roman"/>
                <w:sz w:val="24"/>
                <w:szCs w:val="24"/>
                <w:lang w:val="et-EE" w:eastAsia="et-EE"/>
              </w:rPr>
              <w:t> </w:t>
            </w:r>
          </w:p>
        </w:tc>
        <w:tc>
          <w:tcPr>
            <w:tcW w:w="1105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D22C81" w:rsidP="007F19D0" w:rsidRDefault="00D22C81" w14:paraId="6A525FB4" w14:textId="77777777">
            <w:pPr>
              <w:spacing w:after="0" w:line="240" w:lineRule="auto"/>
              <w:jc w:val="both"/>
              <w:textAlignment w:val="baseline"/>
              <w:rPr>
                <w:rFonts w:ascii="Times New Roman" w:hAnsi="Times New Roman" w:eastAsia="Times New Roman" w:cs="Times New Roman"/>
                <w:sz w:val="24"/>
                <w:szCs w:val="24"/>
                <w:lang w:val="et-EE" w:eastAsia="et-EE"/>
              </w:rPr>
            </w:pPr>
            <w:r w:rsidRPr="00D22C81">
              <w:rPr>
                <w:rFonts w:ascii="Times New Roman" w:hAnsi="Times New Roman" w:eastAsia="Times New Roman" w:cs="Times New Roman"/>
                <w:sz w:val="24"/>
                <w:szCs w:val="24"/>
                <w:lang w:val="et-EE" w:eastAsia="et-EE"/>
              </w:rPr>
              <w:t>Kirjeldage lühidalt, milliste teemade või ülesannete täitmisse liige eelkõige panustab. </w:t>
            </w:r>
          </w:p>
        </w:tc>
      </w:tr>
    </w:tbl>
    <w:p w:rsidRPr="00D22C81" w:rsidR="00D22C81" w:rsidP="007F19D0" w:rsidRDefault="00D22C81" w14:paraId="0EFC581B" w14:textId="118324F1">
      <w:pPr>
        <w:spacing w:after="0" w:line="240" w:lineRule="auto"/>
        <w:jc w:val="both"/>
        <w:textAlignment w:val="baseline"/>
        <w:rPr>
          <w:rFonts w:ascii="Times New Roman" w:hAnsi="Times New Roman" w:eastAsia="Times New Roman" w:cs="Times New Roman"/>
          <w:sz w:val="18"/>
          <w:szCs w:val="18"/>
          <w:lang w:val="et-EE" w:eastAsia="et-EE"/>
        </w:rPr>
      </w:pPr>
    </w:p>
    <w:p w:rsidRPr="00D22C81" w:rsidR="00D22C81" w:rsidP="007F19D0" w:rsidRDefault="00D22C81" w14:paraId="41A39164" w14:textId="77777777">
      <w:pPr>
        <w:spacing w:after="0" w:line="240" w:lineRule="auto"/>
        <w:ind w:left="60"/>
        <w:jc w:val="both"/>
        <w:textAlignment w:val="baseline"/>
        <w:rPr>
          <w:rFonts w:ascii="Times New Roman" w:hAnsi="Times New Roman" w:eastAsia="Times New Roman" w:cs="Times New Roman"/>
          <w:sz w:val="18"/>
          <w:szCs w:val="18"/>
          <w:lang w:val="et-EE" w:eastAsia="et-EE"/>
        </w:rPr>
      </w:pPr>
    </w:p>
    <w:p w:rsidRPr="00D22C81" w:rsidR="00D22C81" w:rsidP="007F19D0" w:rsidRDefault="00D22C81" w14:paraId="78C89FB7" w14:textId="30B9B2B1">
      <w:pPr>
        <w:spacing w:after="200" w:line="276" w:lineRule="auto"/>
        <w:jc w:val="both"/>
        <w:rPr>
          <w:rFonts w:ascii="Times New Roman" w:hAnsi="Times New Roman" w:eastAsia="Times New Roman" w:cs="Times New Roman"/>
          <w:b/>
          <w:bCs/>
          <w:sz w:val="32"/>
          <w:szCs w:val="32"/>
          <w:lang w:val="et-EE" w:eastAsia="et-EE"/>
        </w:rPr>
      </w:pPr>
      <w:r w:rsidRPr="00D22C81">
        <w:rPr>
          <w:rFonts w:ascii="Times New Roman" w:hAnsi="Times New Roman" w:eastAsia="Times New Roman" w:cs="Times New Roman"/>
          <w:b/>
          <w:bCs/>
          <w:sz w:val="32"/>
          <w:szCs w:val="32"/>
          <w:lang w:val="et-EE" w:eastAsia="et-EE"/>
        </w:rPr>
        <w:br w:type="page"/>
      </w:r>
    </w:p>
    <w:p w:rsidRPr="00D22C81" w:rsidR="00C92258" w:rsidP="00376169" w:rsidRDefault="00C92258" w14:paraId="368EE93C" w14:textId="63FDF5F5">
      <w:pPr>
        <w:spacing w:after="0" w:line="240" w:lineRule="auto"/>
        <w:jc w:val="right"/>
        <w:textAlignment w:val="baseline"/>
        <w:rPr>
          <w:rFonts w:ascii="Times New Roman" w:hAnsi="Times New Roman" w:eastAsia="Times New Roman" w:cs="Times New Roman"/>
          <w:b/>
          <w:bCs/>
          <w:sz w:val="32"/>
          <w:szCs w:val="32"/>
          <w:lang w:val="et-EE" w:eastAsia="et-EE"/>
        </w:rPr>
      </w:pPr>
      <w:r w:rsidRPr="00D22C81">
        <w:rPr>
          <w:rFonts w:ascii="Times New Roman" w:hAnsi="Times New Roman" w:eastAsia="Times New Roman" w:cs="Times New Roman"/>
          <w:b/>
          <w:bCs/>
          <w:sz w:val="32"/>
          <w:szCs w:val="32"/>
          <w:lang w:val="et-EE" w:eastAsia="et-EE"/>
        </w:rPr>
        <w:lastRenderedPageBreak/>
        <w:t xml:space="preserve">LISA </w:t>
      </w:r>
      <w:r w:rsidR="002B0629">
        <w:rPr>
          <w:rFonts w:ascii="Times New Roman" w:hAnsi="Times New Roman" w:eastAsia="Times New Roman" w:cs="Times New Roman"/>
          <w:b/>
          <w:bCs/>
          <w:sz w:val="32"/>
          <w:szCs w:val="32"/>
          <w:lang w:val="et-EE" w:eastAsia="et-EE"/>
        </w:rPr>
        <w:t>2</w:t>
      </w:r>
    </w:p>
    <w:p w:rsidRPr="00D22C81" w:rsidR="005368D0" w:rsidP="007F19D0" w:rsidRDefault="005368D0" w14:paraId="76233454" w14:textId="62E2EC44">
      <w:pPr>
        <w:spacing w:after="0" w:line="240" w:lineRule="auto"/>
        <w:jc w:val="both"/>
        <w:textAlignment w:val="baseline"/>
        <w:rPr>
          <w:rFonts w:ascii="Times New Roman" w:hAnsi="Times New Roman" w:eastAsia="Times New Roman" w:cs="Times New Roman"/>
          <w:b/>
          <w:bCs/>
          <w:sz w:val="32"/>
          <w:szCs w:val="32"/>
          <w:lang w:val="et-EE" w:eastAsia="et-EE"/>
        </w:rPr>
      </w:pPr>
      <w:r w:rsidRPr="00D22C81">
        <w:rPr>
          <w:rFonts w:ascii="Times New Roman" w:hAnsi="Times New Roman" w:eastAsia="Times New Roman" w:cs="Times New Roman"/>
          <w:b/>
          <w:bCs/>
          <w:sz w:val="32"/>
          <w:szCs w:val="32"/>
          <w:lang w:val="et-EE" w:eastAsia="et-EE"/>
        </w:rPr>
        <w:t>RAAMÕPPEKAVA VÄLJATÖÖTAMISE TEGEVUSKAVA </w:t>
      </w:r>
    </w:p>
    <w:p w:rsidRPr="00D22C81" w:rsidR="005368D0" w:rsidP="007F19D0" w:rsidRDefault="005368D0" w14:paraId="3F9B6D02" w14:textId="52E0C344">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b/>
          <w:bCs/>
          <w:sz w:val="24"/>
          <w:szCs w:val="24"/>
          <w:lang w:val="et-EE"/>
        </w:rPr>
        <w:t>Õppekava nimetus: </w:t>
      </w:r>
      <w:r w:rsidRPr="00D22C81">
        <w:rPr>
          <w:rFonts w:ascii="Times New Roman" w:hAnsi="Times New Roman" w:cs="Times New Roman"/>
          <w:sz w:val="24"/>
          <w:szCs w:val="24"/>
          <w:lang w:val="et-EE"/>
        </w:rPr>
        <w:t> </w:t>
      </w:r>
    </w:p>
    <w:p w:rsidRPr="00D22C81" w:rsidR="005368D0" w:rsidP="007F19D0" w:rsidRDefault="005368D0" w14:paraId="48B1AE2F" w14:textId="0EDFB51D">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b/>
          <w:bCs/>
          <w:sz w:val="24"/>
          <w:szCs w:val="24"/>
          <w:lang w:val="et-EE"/>
        </w:rPr>
        <w:t>Tööde periood:</w:t>
      </w:r>
      <w:r w:rsidRPr="00D22C81">
        <w:rPr>
          <w:rFonts w:ascii="Times New Roman" w:hAnsi="Times New Roman" w:cs="Times New Roman"/>
          <w:sz w:val="24"/>
          <w:szCs w:val="24"/>
          <w:lang w:val="et-EE"/>
        </w:rPr>
        <w:t xml:space="preserve"> </w:t>
      </w:r>
      <w:r w:rsidR="00954521">
        <w:rPr>
          <w:rFonts w:ascii="Times New Roman" w:hAnsi="Times New Roman" w:cs="Times New Roman"/>
          <w:sz w:val="24"/>
          <w:szCs w:val="24"/>
          <w:lang w:val="et-EE"/>
        </w:rPr>
        <w:t>02</w:t>
      </w:r>
      <w:r w:rsidRPr="00D22C81">
        <w:rPr>
          <w:rFonts w:ascii="Times New Roman" w:hAnsi="Times New Roman" w:cs="Times New Roman"/>
          <w:sz w:val="24"/>
          <w:szCs w:val="24"/>
          <w:lang w:val="et-EE"/>
        </w:rPr>
        <w:t xml:space="preserve">. </w:t>
      </w:r>
      <w:r w:rsidR="00954521">
        <w:rPr>
          <w:rFonts w:ascii="Times New Roman" w:hAnsi="Times New Roman" w:cs="Times New Roman"/>
          <w:sz w:val="24"/>
          <w:szCs w:val="24"/>
          <w:lang w:val="et-EE"/>
        </w:rPr>
        <w:t>november</w:t>
      </w:r>
      <w:r w:rsidRPr="00D22C81">
        <w:rPr>
          <w:rFonts w:ascii="Times New Roman" w:hAnsi="Times New Roman" w:cs="Times New Roman"/>
          <w:sz w:val="24"/>
          <w:szCs w:val="24"/>
          <w:lang w:val="et-EE"/>
        </w:rPr>
        <w:t xml:space="preserve"> 2026 – 15. jaanuar 2027 </w:t>
      </w:r>
    </w:p>
    <w:p w:rsidRPr="00D22C81" w:rsidR="005368D0" w:rsidP="007F19D0" w:rsidRDefault="00954521" w14:paraId="63740D59" w14:textId="233A46B3">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T</w:t>
      </w:r>
      <w:r w:rsidRPr="00D22C81" w:rsidR="005368D0">
        <w:rPr>
          <w:rFonts w:ascii="Times New Roman" w:hAnsi="Times New Roman" w:cs="Times New Roman"/>
          <w:sz w:val="24"/>
          <w:szCs w:val="24"/>
          <w:lang w:val="et-EE"/>
        </w:rPr>
        <w:t xml:space="preserve">egevuskavas </w:t>
      </w:r>
      <w:r>
        <w:rPr>
          <w:rFonts w:ascii="Times New Roman" w:hAnsi="Times New Roman" w:cs="Times New Roman"/>
          <w:sz w:val="24"/>
          <w:szCs w:val="24"/>
          <w:lang w:val="et-EE"/>
        </w:rPr>
        <w:t xml:space="preserve">on kirjeldatud </w:t>
      </w:r>
      <w:r w:rsidRPr="00D22C81" w:rsidR="005368D0">
        <w:rPr>
          <w:rFonts w:ascii="Times New Roman" w:hAnsi="Times New Roman" w:cs="Times New Roman"/>
          <w:sz w:val="24"/>
          <w:szCs w:val="24"/>
          <w:lang w:val="et-EE"/>
        </w:rPr>
        <w:t xml:space="preserve">peamised tegevused, mille kaudu arendusmeeskond </w:t>
      </w:r>
      <w:r>
        <w:rPr>
          <w:rFonts w:ascii="Times New Roman" w:hAnsi="Times New Roman" w:cs="Times New Roman"/>
          <w:sz w:val="24"/>
          <w:szCs w:val="24"/>
          <w:lang w:val="et-EE"/>
        </w:rPr>
        <w:t>peab jõudma</w:t>
      </w:r>
      <w:r w:rsidRPr="00D22C81" w:rsidR="005368D0">
        <w:rPr>
          <w:rFonts w:ascii="Times New Roman" w:hAnsi="Times New Roman" w:cs="Times New Roman"/>
          <w:sz w:val="24"/>
          <w:szCs w:val="24"/>
          <w:lang w:val="et-EE"/>
        </w:rPr>
        <w:t xml:space="preserve"> nõuetekohase raamõppekava valmimiseni. Tegevuskava hõlma</w:t>
      </w:r>
      <w:r w:rsidR="00E86E69">
        <w:rPr>
          <w:rFonts w:ascii="Times New Roman" w:hAnsi="Times New Roman" w:cs="Times New Roman"/>
          <w:sz w:val="24"/>
          <w:szCs w:val="24"/>
          <w:lang w:val="et-EE"/>
        </w:rPr>
        <w:t>b</w:t>
      </w:r>
      <w:r w:rsidRPr="00D22C81" w:rsidR="005368D0">
        <w:rPr>
          <w:rFonts w:ascii="Times New Roman" w:hAnsi="Times New Roman" w:cs="Times New Roman"/>
          <w:sz w:val="24"/>
          <w:szCs w:val="24"/>
          <w:lang w:val="et-EE"/>
        </w:rPr>
        <w:t xml:space="preserve"> töö kavandamist, sisulist arendust, vajalike osapoolte kaasamist, tulemuste ülevaatamist ja raamõppekava lõppversiooni koostamist. </w:t>
      </w:r>
    </w:p>
    <w:p w:rsidRPr="00D22C81" w:rsidR="005368D0" w:rsidP="007F19D0" w:rsidRDefault="005368D0" w14:paraId="52A99264" w14:textId="6079DE24">
      <w:p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Tegevuskavas tuleb arvestada kolme kohtumisega Haridus- ja Teadusministeeriumiga: </w:t>
      </w:r>
    </w:p>
    <w:p w:rsidRPr="00D22C81" w:rsidR="005368D0" w:rsidP="007F19D0" w:rsidRDefault="005368D0" w14:paraId="4E61DD78" w14:textId="77777777">
      <w:pPr>
        <w:numPr>
          <w:ilvl w:val="0"/>
          <w:numId w:val="33"/>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avakohtumine tööperioodi alguses ; </w:t>
      </w:r>
    </w:p>
    <w:p w:rsidRPr="00D22C81" w:rsidR="005368D0" w:rsidP="007F19D0" w:rsidRDefault="005368D0" w14:paraId="1B7A27F4" w14:textId="77777777">
      <w:pPr>
        <w:numPr>
          <w:ilvl w:val="0"/>
          <w:numId w:val="34"/>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I edenemiskoosolek novembris 2026; </w:t>
      </w:r>
    </w:p>
    <w:p w:rsidR="005368D0" w:rsidP="007F19D0" w:rsidRDefault="005368D0" w14:paraId="385B6993" w14:textId="77777777">
      <w:pPr>
        <w:numPr>
          <w:ilvl w:val="0"/>
          <w:numId w:val="35"/>
        </w:numPr>
        <w:spacing w:after="0" w:line="240" w:lineRule="auto"/>
        <w:jc w:val="both"/>
        <w:rPr>
          <w:rFonts w:ascii="Times New Roman" w:hAnsi="Times New Roman" w:cs="Times New Roman"/>
          <w:sz w:val="24"/>
          <w:szCs w:val="24"/>
          <w:lang w:val="et-EE"/>
        </w:rPr>
      </w:pPr>
      <w:r w:rsidRPr="00D22C81">
        <w:rPr>
          <w:rFonts w:ascii="Times New Roman" w:hAnsi="Times New Roman" w:cs="Times New Roman"/>
          <w:sz w:val="24"/>
          <w:szCs w:val="24"/>
          <w:lang w:val="et-EE"/>
        </w:rPr>
        <w:t>II edenemiskoosolek detsembris 2026. </w:t>
      </w:r>
    </w:p>
    <w:p w:rsidRPr="00D22C81" w:rsidR="00E86E69" w:rsidP="00E86E69" w:rsidRDefault="00E86E69" w14:paraId="2E0B7E0B" w14:textId="0355CADB">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Õppekava arendustöö tegevuskava lepitakse kokku ja kajastatakse allolevas formaadis.</w:t>
      </w:r>
    </w:p>
    <w:tbl>
      <w:tblPr>
        <w:tblW w:w="13556" w:type="dxa"/>
        <w:tblCellSpacing w:w="15" w:type="dxa"/>
        <w:tblBorders>
          <w:top w:val="single" w:color="auto" w:sz="6" w:space="0"/>
          <w:left w:val="single" w:color="auto" w:sz="6" w:space="0"/>
          <w:bottom w:val="single" w:color="auto" w:sz="6" w:space="0"/>
          <w:right w:val="single" w:color="auto" w:sz="6" w:space="0"/>
        </w:tblBorders>
        <w:tblCellMar>
          <w:left w:w="0" w:type="dxa"/>
          <w:right w:w="0" w:type="dxa"/>
        </w:tblCellMar>
        <w:tblLook w:val="04A0" w:firstRow="1" w:lastRow="0" w:firstColumn="1" w:lastColumn="0" w:noHBand="0" w:noVBand="1"/>
      </w:tblPr>
      <w:tblGrid>
        <w:gridCol w:w="3015"/>
        <w:gridCol w:w="6397"/>
        <w:gridCol w:w="1852"/>
        <w:gridCol w:w="2292"/>
      </w:tblGrid>
      <w:tr w:rsidRPr="00D22C81" w:rsidR="005368D0" w:rsidTr="00E86E69" w14:paraId="667084B3" w14:textId="77777777">
        <w:trPr>
          <w:trHeight w:val="300"/>
          <w:tblCellSpacing w:w="15" w:type="dxa"/>
        </w:trPr>
        <w:tc>
          <w:tcPr>
            <w:tcW w:w="297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5368D0" w:rsidP="00E86E69" w:rsidRDefault="005368D0" w14:paraId="25EDED24" w14:textId="77777777">
            <w:pPr>
              <w:spacing w:after="0" w:line="240" w:lineRule="auto"/>
              <w:rPr>
                <w:rFonts w:ascii="Times New Roman" w:hAnsi="Times New Roman" w:cs="Times New Roman"/>
                <w:sz w:val="24"/>
                <w:szCs w:val="24"/>
                <w:lang w:val="et-EE"/>
              </w:rPr>
            </w:pPr>
            <w:r w:rsidRPr="00D22C81">
              <w:rPr>
                <w:rFonts w:ascii="Times New Roman" w:hAnsi="Times New Roman" w:cs="Times New Roman"/>
                <w:b/>
                <w:bCs/>
                <w:sz w:val="24"/>
                <w:szCs w:val="24"/>
                <w:lang w:val="et-EE"/>
              </w:rPr>
              <w:t>Tegevus </w:t>
            </w:r>
            <w:r w:rsidRPr="00D22C81">
              <w:rPr>
                <w:rFonts w:ascii="Times New Roman" w:hAnsi="Times New Roman" w:cs="Times New Roman"/>
                <w:sz w:val="24"/>
                <w:szCs w:val="24"/>
                <w:lang w:val="et-EE"/>
              </w:rPr>
              <w:t> </w:t>
            </w:r>
          </w:p>
        </w:tc>
        <w:tc>
          <w:tcPr>
            <w:tcW w:w="6367"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5368D0" w:rsidP="00E86E69" w:rsidRDefault="005368D0" w14:paraId="33AF5585" w14:textId="77777777">
            <w:pPr>
              <w:spacing w:after="0" w:line="240" w:lineRule="auto"/>
              <w:rPr>
                <w:rFonts w:ascii="Times New Roman" w:hAnsi="Times New Roman" w:cs="Times New Roman"/>
                <w:sz w:val="24"/>
                <w:szCs w:val="24"/>
                <w:lang w:val="et-EE"/>
              </w:rPr>
            </w:pPr>
            <w:r w:rsidRPr="00D22C81">
              <w:rPr>
                <w:rFonts w:ascii="Times New Roman" w:hAnsi="Times New Roman" w:cs="Times New Roman"/>
                <w:b/>
                <w:bCs/>
                <w:sz w:val="24"/>
                <w:szCs w:val="24"/>
                <w:lang w:val="et-EE"/>
              </w:rPr>
              <w:t>Tegevuse lühikirjeldus ja oodatav tulemus</w:t>
            </w:r>
            <w:r w:rsidRPr="00D22C81">
              <w:rPr>
                <w:rFonts w:ascii="Times New Roman" w:hAnsi="Times New Roman" w:cs="Times New Roman"/>
                <w:sz w:val="24"/>
                <w:szCs w:val="24"/>
                <w:lang w:val="et-EE"/>
              </w:rPr>
              <w:t> </w:t>
            </w:r>
          </w:p>
        </w:tc>
        <w:tc>
          <w:tcPr>
            <w:tcW w:w="1822"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5368D0" w:rsidP="00E86E69" w:rsidRDefault="005368D0" w14:paraId="6870A82E" w14:textId="77777777">
            <w:pPr>
              <w:spacing w:after="0" w:line="240" w:lineRule="auto"/>
              <w:rPr>
                <w:rFonts w:ascii="Times New Roman" w:hAnsi="Times New Roman" w:cs="Times New Roman"/>
                <w:sz w:val="24"/>
                <w:szCs w:val="24"/>
                <w:lang w:val="et-EE"/>
              </w:rPr>
            </w:pPr>
            <w:r w:rsidRPr="00D22C81">
              <w:rPr>
                <w:rFonts w:ascii="Times New Roman" w:hAnsi="Times New Roman" w:cs="Times New Roman"/>
                <w:b/>
                <w:bCs/>
                <w:sz w:val="24"/>
                <w:szCs w:val="24"/>
                <w:lang w:val="et-EE"/>
              </w:rPr>
              <w:t>Tähtaeg / periood</w:t>
            </w:r>
            <w:r w:rsidRPr="00D22C81">
              <w:rPr>
                <w:rFonts w:ascii="Times New Roman" w:hAnsi="Times New Roman" w:cs="Times New Roman"/>
                <w:sz w:val="24"/>
                <w:szCs w:val="24"/>
                <w:lang w:val="et-EE"/>
              </w:rPr>
              <w:t> </w:t>
            </w:r>
          </w:p>
        </w:tc>
        <w:tc>
          <w:tcPr>
            <w:tcW w:w="2247"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5368D0" w:rsidP="00E86E69" w:rsidRDefault="005368D0" w14:paraId="44F0D6E2" w14:textId="77777777">
            <w:pPr>
              <w:spacing w:after="0" w:line="240" w:lineRule="auto"/>
              <w:rPr>
                <w:rFonts w:ascii="Times New Roman" w:hAnsi="Times New Roman" w:cs="Times New Roman"/>
                <w:sz w:val="24"/>
                <w:szCs w:val="24"/>
                <w:lang w:val="et-EE"/>
              </w:rPr>
            </w:pPr>
            <w:r w:rsidRPr="00D22C81">
              <w:rPr>
                <w:rFonts w:ascii="Times New Roman" w:hAnsi="Times New Roman" w:cs="Times New Roman"/>
                <w:b/>
                <w:bCs/>
                <w:sz w:val="24"/>
                <w:szCs w:val="24"/>
                <w:lang w:val="et-EE"/>
              </w:rPr>
              <w:t>Vastutaja(d)</w:t>
            </w:r>
            <w:r w:rsidRPr="00D22C81">
              <w:rPr>
                <w:rFonts w:ascii="Times New Roman" w:hAnsi="Times New Roman" w:cs="Times New Roman"/>
                <w:sz w:val="24"/>
                <w:szCs w:val="24"/>
                <w:lang w:val="et-EE"/>
              </w:rPr>
              <w:t> </w:t>
            </w:r>
          </w:p>
        </w:tc>
      </w:tr>
      <w:tr w:rsidRPr="00D22C81" w:rsidR="005368D0" w:rsidTr="00E86E69" w14:paraId="5B959DAF" w14:textId="77777777">
        <w:trPr>
          <w:trHeight w:val="300"/>
          <w:tblCellSpacing w:w="15" w:type="dxa"/>
        </w:trPr>
        <w:tc>
          <w:tcPr>
            <w:tcW w:w="297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5368D0" w:rsidP="00E86E69" w:rsidRDefault="005368D0" w14:paraId="059FB6C0" w14:textId="77777777">
            <w:pPr>
              <w:spacing w:after="0" w:line="240" w:lineRule="auto"/>
              <w:rPr>
                <w:rFonts w:ascii="Times New Roman" w:hAnsi="Times New Roman" w:cs="Times New Roman"/>
                <w:sz w:val="24"/>
                <w:szCs w:val="24"/>
                <w:lang w:val="et-EE"/>
              </w:rPr>
            </w:pPr>
            <w:r w:rsidRPr="00D22C81">
              <w:rPr>
                <w:rFonts w:ascii="Times New Roman" w:hAnsi="Times New Roman" w:cs="Times New Roman"/>
                <w:b/>
                <w:bCs/>
                <w:sz w:val="24"/>
                <w:szCs w:val="24"/>
                <w:lang w:val="et-EE"/>
              </w:rPr>
              <w:t>Avakohtumine  HTM-iga</w:t>
            </w:r>
            <w:r w:rsidRPr="00D22C81">
              <w:rPr>
                <w:rFonts w:ascii="Times New Roman" w:hAnsi="Times New Roman" w:cs="Times New Roman"/>
                <w:sz w:val="24"/>
                <w:szCs w:val="24"/>
                <w:lang w:val="et-EE"/>
              </w:rPr>
              <w:t> </w:t>
            </w:r>
          </w:p>
        </w:tc>
        <w:tc>
          <w:tcPr>
            <w:tcW w:w="6367"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5368D0" w:rsidP="00E86E69" w:rsidRDefault="005368D0" w14:paraId="5B32908E" w14:textId="247BA019">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Töö eesmärkide, lähteülesande, oodatava tulemuse, töökorralduse ja ajakava täpsustamine.</w:t>
            </w:r>
            <w:r w:rsidR="00E86E69">
              <w:rPr>
                <w:rFonts w:ascii="Times New Roman" w:hAnsi="Times New Roman" w:cs="Times New Roman"/>
                <w:sz w:val="24"/>
                <w:szCs w:val="24"/>
                <w:lang w:val="et-EE"/>
              </w:rPr>
              <w:t xml:space="preserve"> Tegevuskavas kokku leppimine.</w:t>
            </w:r>
            <w:r w:rsidRPr="00D22C81">
              <w:rPr>
                <w:rFonts w:ascii="Times New Roman" w:hAnsi="Times New Roman" w:cs="Times New Roman"/>
                <w:sz w:val="24"/>
                <w:szCs w:val="24"/>
                <w:lang w:val="et-EE"/>
              </w:rPr>
              <w:t> </w:t>
            </w:r>
          </w:p>
        </w:tc>
        <w:tc>
          <w:tcPr>
            <w:tcW w:w="1822"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5368D0" w:rsidP="00E86E69" w:rsidRDefault="00E86E69" w14:paraId="3DE08941" w14:textId="72AE5197">
            <w:pPr>
              <w:spacing w:after="0" w:line="240" w:lineRule="auto"/>
              <w:rPr>
                <w:rFonts w:ascii="Times New Roman" w:hAnsi="Times New Roman" w:cs="Times New Roman"/>
                <w:sz w:val="24"/>
                <w:szCs w:val="24"/>
                <w:lang w:val="et-EE"/>
              </w:rPr>
            </w:pPr>
            <w:r>
              <w:rPr>
                <w:rFonts w:ascii="Times New Roman" w:hAnsi="Times New Roman" w:cs="Times New Roman"/>
                <w:b/>
                <w:bCs/>
                <w:sz w:val="24"/>
                <w:szCs w:val="24"/>
                <w:lang w:val="et-EE"/>
              </w:rPr>
              <w:t>26</w:t>
            </w:r>
            <w:r w:rsidRPr="00D22C81" w:rsidR="005368D0">
              <w:rPr>
                <w:rFonts w:ascii="Times New Roman" w:hAnsi="Times New Roman" w:cs="Times New Roman"/>
                <w:b/>
                <w:bCs/>
                <w:sz w:val="24"/>
                <w:szCs w:val="24"/>
                <w:lang w:val="et-EE"/>
              </w:rPr>
              <w:t>.</w:t>
            </w:r>
            <w:r>
              <w:rPr>
                <w:rFonts w:ascii="Times New Roman" w:hAnsi="Times New Roman" w:cs="Times New Roman"/>
                <w:b/>
                <w:bCs/>
                <w:sz w:val="24"/>
                <w:szCs w:val="24"/>
                <w:lang w:val="et-EE"/>
              </w:rPr>
              <w:t xml:space="preserve">-30. </w:t>
            </w:r>
            <w:r w:rsidRPr="00D22C81" w:rsidR="005368D0">
              <w:rPr>
                <w:rFonts w:ascii="Times New Roman" w:hAnsi="Times New Roman" w:cs="Times New Roman"/>
                <w:b/>
                <w:bCs/>
                <w:sz w:val="24"/>
                <w:szCs w:val="24"/>
                <w:lang w:val="et-EE"/>
              </w:rPr>
              <w:t>oktoober 2026</w:t>
            </w:r>
            <w:r w:rsidRPr="00D22C81" w:rsidR="005368D0">
              <w:rPr>
                <w:rFonts w:ascii="Times New Roman" w:hAnsi="Times New Roman" w:cs="Times New Roman"/>
                <w:sz w:val="24"/>
                <w:szCs w:val="24"/>
                <w:lang w:val="et-EE"/>
              </w:rPr>
              <w:t> </w:t>
            </w:r>
          </w:p>
        </w:tc>
        <w:tc>
          <w:tcPr>
            <w:tcW w:w="2247"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5368D0" w:rsidP="00E86E69" w:rsidRDefault="005368D0" w14:paraId="69FE4B24" w14:textId="77777777">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Arendusmeeskond / HTM </w:t>
            </w:r>
          </w:p>
        </w:tc>
      </w:tr>
      <w:tr w:rsidRPr="00D22C81" w:rsidR="005368D0" w:rsidTr="00E86E69" w14:paraId="1952EBE6" w14:textId="77777777">
        <w:trPr>
          <w:trHeight w:val="300"/>
          <w:tblCellSpacing w:w="15" w:type="dxa"/>
        </w:trPr>
        <w:tc>
          <w:tcPr>
            <w:tcW w:w="297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5368D0" w:rsidP="00E86E69" w:rsidRDefault="005368D0" w14:paraId="15CF3B36" w14:textId="152772F2">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r w:rsidR="00E86E69">
              <w:rPr>
                <w:rFonts w:ascii="Times New Roman" w:hAnsi="Times New Roman" w:cs="Times New Roman"/>
                <w:sz w:val="24"/>
                <w:szCs w:val="24"/>
                <w:lang w:val="et-EE"/>
              </w:rPr>
              <w:t>Arendusmeeskonna töö</w:t>
            </w:r>
          </w:p>
        </w:tc>
        <w:tc>
          <w:tcPr>
            <w:tcW w:w="6367"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5368D0" w:rsidP="00E86E69" w:rsidRDefault="005368D0" w14:paraId="4A1F4B07" w14:textId="0B32DA54">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r w:rsidR="00E86E69">
              <w:rPr>
                <w:rFonts w:ascii="Times New Roman" w:hAnsi="Times New Roman" w:cs="Times New Roman"/>
                <w:sz w:val="24"/>
                <w:szCs w:val="24"/>
                <w:lang w:val="et-EE"/>
              </w:rPr>
              <w:t>Tööde ja tulemuse kirjeldus</w:t>
            </w:r>
          </w:p>
        </w:tc>
        <w:tc>
          <w:tcPr>
            <w:tcW w:w="1822"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5368D0" w:rsidP="00E86E69" w:rsidRDefault="005368D0" w14:paraId="2D8E1F2A" w14:textId="77777777">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p>
        </w:tc>
        <w:tc>
          <w:tcPr>
            <w:tcW w:w="2247"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5368D0" w:rsidP="00E86E69" w:rsidRDefault="005368D0" w14:paraId="404E5D02" w14:textId="7A58F89B">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r w:rsidR="00E86E69">
              <w:rPr>
                <w:rFonts w:ascii="Times New Roman" w:hAnsi="Times New Roman" w:cs="Times New Roman"/>
                <w:sz w:val="24"/>
                <w:szCs w:val="24"/>
                <w:lang w:val="et-EE"/>
              </w:rPr>
              <w:t>Arendusmeeskond</w:t>
            </w:r>
          </w:p>
        </w:tc>
      </w:tr>
      <w:tr w:rsidRPr="00D22C81" w:rsidR="00E86E69" w:rsidTr="00E86E69" w14:paraId="010D6BD5" w14:textId="77777777">
        <w:trPr>
          <w:trHeight w:val="300"/>
          <w:tblCellSpacing w:w="15" w:type="dxa"/>
        </w:trPr>
        <w:tc>
          <w:tcPr>
            <w:tcW w:w="297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E86E69" w:rsidP="00E86E69" w:rsidRDefault="00E86E69" w14:paraId="1D3085B0" w14:textId="15B60FD3">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r>
              <w:rPr>
                <w:rFonts w:ascii="Times New Roman" w:hAnsi="Times New Roman" w:cs="Times New Roman"/>
                <w:sz w:val="24"/>
                <w:szCs w:val="24"/>
                <w:lang w:val="et-EE"/>
              </w:rPr>
              <w:t>Arendusmeeskonna töö</w:t>
            </w:r>
          </w:p>
        </w:tc>
        <w:tc>
          <w:tcPr>
            <w:tcW w:w="6367"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E86E69" w:rsidP="00E86E69" w:rsidRDefault="00E86E69" w14:paraId="69856E14" w14:textId="5AFE445A">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r>
              <w:rPr>
                <w:rFonts w:ascii="Times New Roman" w:hAnsi="Times New Roman" w:cs="Times New Roman"/>
                <w:sz w:val="24"/>
                <w:szCs w:val="24"/>
                <w:lang w:val="et-EE"/>
              </w:rPr>
              <w:t>Tööde ja tulemuse kirjeldus</w:t>
            </w:r>
          </w:p>
        </w:tc>
        <w:tc>
          <w:tcPr>
            <w:tcW w:w="1822"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E86E69" w:rsidP="00E86E69" w:rsidRDefault="00E86E69" w14:paraId="3EDCD77F" w14:textId="77777777">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p>
        </w:tc>
        <w:tc>
          <w:tcPr>
            <w:tcW w:w="2247"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E86E69" w:rsidP="00E86E69" w:rsidRDefault="00E86E69" w14:paraId="394401FF" w14:textId="7E7FAA20">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r>
              <w:rPr>
                <w:rFonts w:ascii="Times New Roman" w:hAnsi="Times New Roman" w:cs="Times New Roman"/>
                <w:sz w:val="24"/>
                <w:szCs w:val="24"/>
                <w:lang w:val="et-EE"/>
              </w:rPr>
              <w:t>Arendusmeeskond</w:t>
            </w:r>
          </w:p>
        </w:tc>
      </w:tr>
      <w:tr w:rsidRPr="00D22C81" w:rsidR="00E86E69" w:rsidTr="00E86E69" w14:paraId="21F44410" w14:textId="77777777">
        <w:trPr>
          <w:trHeight w:val="300"/>
          <w:tblCellSpacing w:w="15" w:type="dxa"/>
        </w:trPr>
        <w:tc>
          <w:tcPr>
            <w:tcW w:w="297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E86E69" w:rsidP="00E86E69" w:rsidRDefault="00E86E69" w14:paraId="7AEE75D6" w14:textId="4AC45CA2">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r>
              <w:rPr>
                <w:rFonts w:ascii="Times New Roman" w:hAnsi="Times New Roman" w:cs="Times New Roman"/>
                <w:sz w:val="24"/>
                <w:szCs w:val="24"/>
                <w:lang w:val="et-EE"/>
              </w:rPr>
              <w:t>Arendusmeeskonna töö</w:t>
            </w:r>
          </w:p>
        </w:tc>
        <w:tc>
          <w:tcPr>
            <w:tcW w:w="6367"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E86E69" w:rsidP="00E86E69" w:rsidRDefault="00E86E69" w14:paraId="292B7A12" w14:textId="5B6837CC">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r>
              <w:rPr>
                <w:rFonts w:ascii="Times New Roman" w:hAnsi="Times New Roman" w:cs="Times New Roman"/>
                <w:sz w:val="24"/>
                <w:szCs w:val="24"/>
                <w:lang w:val="et-EE"/>
              </w:rPr>
              <w:t>Tööde ja tulemuse kirjeldus</w:t>
            </w:r>
          </w:p>
        </w:tc>
        <w:tc>
          <w:tcPr>
            <w:tcW w:w="1822"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E86E69" w:rsidP="00E86E69" w:rsidRDefault="00E86E69" w14:paraId="03F6D624" w14:textId="77777777">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p>
        </w:tc>
        <w:tc>
          <w:tcPr>
            <w:tcW w:w="2247"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E86E69" w:rsidP="00E86E69" w:rsidRDefault="00E86E69" w14:paraId="2F81CF23" w14:textId="3CD48BF2">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r>
              <w:rPr>
                <w:rFonts w:ascii="Times New Roman" w:hAnsi="Times New Roman" w:cs="Times New Roman"/>
                <w:sz w:val="24"/>
                <w:szCs w:val="24"/>
                <w:lang w:val="et-EE"/>
              </w:rPr>
              <w:t>Arendusmeeskond</w:t>
            </w:r>
          </w:p>
        </w:tc>
      </w:tr>
      <w:tr w:rsidRPr="00D22C81" w:rsidR="00E86E69" w:rsidTr="00E86E69" w14:paraId="54940CE5" w14:textId="77777777">
        <w:trPr>
          <w:trHeight w:val="300"/>
          <w:tblCellSpacing w:w="15" w:type="dxa"/>
        </w:trPr>
        <w:tc>
          <w:tcPr>
            <w:tcW w:w="297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E86E69" w:rsidP="00E86E69" w:rsidRDefault="00E86E69" w14:paraId="32E3E531" w14:textId="77777777">
            <w:pPr>
              <w:spacing w:after="0" w:line="240" w:lineRule="auto"/>
              <w:rPr>
                <w:rFonts w:ascii="Times New Roman" w:hAnsi="Times New Roman" w:cs="Times New Roman"/>
                <w:sz w:val="24"/>
                <w:szCs w:val="24"/>
                <w:lang w:val="et-EE"/>
              </w:rPr>
            </w:pPr>
            <w:r w:rsidRPr="00D22C81">
              <w:rPr>
                <w:rFonts w:ascii="Times New Roman" w:hAnsi="Times New Roman" w:cs="Times New Roman"/>
                <w:b/>
                <w:bCs/>
                <w:sz w:val="24"/>
                <w:szCs w:val="24"/>
                <w:lang w:val="et-EE"/>
              </w:rPr>
              <w:t>I edenemiskoosolek HTM-iga</w:t>
            </w:r>
            <w:r w:rsidRPr="00D22C81">
              <w:rPr>
                <w:rFonts w:ascii="Times New Roman" w:hAnsi="Times New Roman" w:cs="Times New Roman"/>
                <w:sz w:val="24"/>
                <w:szCs w:val="24"/>
                <w:lang w:val="et-EE"/>
              </w:rPr>
              <w:t> </w:t>
            </w:r>
          </w:p>
        </w:tc>
        <w:tc>
          <w:tcPr>
            <w:tcW w:w="6367"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E86E69" w:rsidP="00E86E69" w:rsidRDefault="00E86E69" w14:paraId="6BDC584C" w14:textId="77777777">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Ülevaade tehtud tööst ja vahetulemustest, tekkinud küsimuste ja probleemide arutelu ning edasiste tegevuste täpsustamine. </w:t>
            </w:r>
          </w:p>
        </w:tc>
        <w:tc>
          <w:tcPr>
            <w:tcW w:w="1822"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E86E69" w:rsidP="00E86E69" w:rsidRDefault="00E86E69" w14:paraId="7F345118" w14:textId="13E49087">
            <w:pPr>
              <w:spacing w:after="0" w:line="240" w:lineRule="auto"/>
              <w:rPr>
                <w:rFonts w:ascii="Times New Roman" w:hAnsi="Times New Roman" w:cs="Times New Roman"/>
                <w:sz w:val="24"/>
                <w:szCs w:val="24"/>
                <w:lang w:val="et-EE"/>
              </w:rPr>
            </w:pPr>
            <w:r>
              <w:rPr>
                <w:rFonts w:ascii="Times New Roman" w:hAnsi="Times New Roman" w:cs="Times New Roman"/>
                <w:b/>
                <w:bCs/>
                <w:sz w:val="24"/>
                <w:szCs w:val="24"/>
                <w:lang w:val="et-EE"/>
              </w:rPr>
              <w:t>30. n</w:t>
            </w:r>
            <w:r w:rsidRPr="00D22C81">
              <w:rPr>
                <w:rFonts w:ascii="Times New Roman" w:hAnsi="Times New Roman" w:cs="Times New Roman"/>
                <w:b/>
                <w:bCs/>
                <w:sz w:val="24"/>
                <w:szCs w:val="24"/>
                <w:lang w:val="et-EE"/>
              </w:rPr>
              <w:t>ovember 2026</w:t>
            </w:r>
            <w:r w:rsidRPr="00D22C81">
              <w:rPr>
                <w:rFonts w:ascii="Times New Roman" w:hAnsi="Times New Roman" w:cs="Times New Roman"/>
                <w:sz w:val="24"/>
                <w:szCs w:val="24"/>
                <w:lang w:val="et-EE"/>
              </w:rPr>
              <w:t> </w:t>
            </w:r>
          </w:p>
        </w:tc>
        <w:tc>
          <w:tcPr>
            <w:tcW w:w="2247"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E86E69" w:rsidP="00E86E69" w:rsidRDefault="00E86E69" w14:paraId="1517FEBB" w14:textId="77777777">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Arendusmeeskond / HTM </w:t>
            </w:r>
          </w:p>
        </w:tc>
      </w:tr>
      <w:tr w:rsidRPr="00D22C81" w:rsidR="00E86E69" w:rsidTr="00E86E69" w14:paraId="04359060" w14:textId="77777777">
        <w:trPr>
          <w:trHeight w:val="300"/>
          <w:tblCellSpacing w:w="15" w:type="dxa"/>
        </w:trPr>
        <w:tc>
          <w:tcPr>
            <w:tcW w:w="297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E86E69" w:rsidP="00E86E69" w:rsidRDefault="00E86E69" w14:paraId="4EBF998A" w14:textId="3E9A569A">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r>
              <w:rPr>
                <w:rFonts w:ascii="Times New Roman" w:hAnsi="Times New Roman" w:cs="Times New Roman"/>
                <w:sz w:val="24"/>
                <w:szCs w:val="24"/>
                <w:lang w:val="et-EE"/>
              </w:rPr>
              <w:t>Arendusmeeskonna töö</w:t>
            </w:r>
          </w:p>
        </w:tc>
        <w:tc>
          <w:tcPr>
            <w:tcW w:w="6367"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E86E69" w:rsidP="00E86E69" w:rsidRDefault="00E86E69" w14:paraId="27720FA3" w14:textId="0DE69D25">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r>
              <w:rPr>
                <w:rFonts w:ascii="Times New Roman" w:hAnsi="Times New Roman" w:cs="Times New Roman"/>
                <w:sz w:val="24"/>
                <w:szCs w:val="24"/>
                <w:lang w:val="et-EE"/>
              </w:rPr>
              <w:t>Tööde ja tulemuse kirjeldus</w:t>
            </w:r>
          </w:p>
        </w:tc>
        <w:tc>
          <w:tcPr>
            <w:tcW w:w="1822"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E86E69" w:rsidP="00E86E69" w:rsidRDefault="00E86E69" w14:paraId="5DCEA526" w14:textId="75EA896F">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p>
        </w:tc>
        <w:tc>
          <w:tcPr>
            <w:tcW w:w="2247"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E86E69" w:rsidP="00E86E69" w:rsidRDefault="00E86E69" w14:paraId="5BA280D7" w14:textId="4F43EBE4">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r>
              <w:rPr>
                <w:rFonts w:ascii="Times New Roman" w:hAnsi="Times New Roman" w:cs="Times New Roman"/>
                <w:sz w:val="24"/>
                <w:szCs w:val="24"/>
                <w:lang w:val="et-EE"/>
              </w:rPr>
              <w:t>Arendusmeeskond</w:t>
            </w:r>
          </w:p>
        </w:tc>
      </w:tr>
      <w:tr w:rsidRPr="00D22C81" w:rsidR="00E86E69" w:rsidTr="00E86E69" w14:paraId="4E3A4D02" w14:textId="77777777">
        <w:trPr>
          <w:trHeight w:val="300"/>
          <w:tblCellSpacing w:w="15" w:type="dxa"/>
        </w:trPr>
        <w:tc>
          <w:tcPr>
            <w:tcW w:w="297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E86E69" w:rsidP="00E86E69" w:rsidRDefault="00E86E69" w14:paraId="15F0654E" w14:textId="2D4BF5C9">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r>
              <w:rPr>
                <w:rFonts w:ascii="Times New Roman" w:hAnsi="Times New Roman" w:cs="Times New Roman"/>
                <w:sz w:val="24"/>
                <w:szCs w:val="24"/>
                <w:lang w:val="et-EE"/>
              </w:rPr>
              <w:t>Arendusmeeskonna töö</w:t>
            </w:r>
          </w:p>
        </w:tc>
        <w:tc>
          <w:tcPr>
            <w:tcW w:w="6367"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E86E69" w:rsidP="00E86E69" w:rsidRDefault="00E86E69" w14:paraId="426B1E2E" w14:textId="4583B39E">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r>
              <w:rPr>
                <w:rFonts w:ascii="Times New Roman" w:hAnsi="Times New Roman" w:cs="Times New Roman"/>
                <w:sz w:val="24"/>
                <w:szCs w:val="24"/>
                <w:lang w:val="et-EE"/>
              </w:rPr>
              <w:t>Tööde ja tulemuse kirjeldus</w:t>
            </w:r>
          </w:p>
        </w:tc>
        <w:tc>
          <w:tcPr>
            <w:tcW w:w="1822"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E86E69" w:rsidP="00E86E69" w:rsidRDefault="00E86E69" w14:paraId="22719112" w14:textId="402189C3">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p>
        </w:tc>
        <w:tc>
          <w:tcPr>
            <w:tcW w:w="2247"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D22C81" w:rsidR="00E86E69" w:rsidP="00E86E69" w:rsidRDefault="00E86E69" w14:paraId="79D72884" w14:textId="0D21AE0A">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r>
              <w:rPr>
                <w:rFonts w:ascii="Times New Roman" w:hAnsi="Times New Roman" w:cs="Times New Roman"/>
                <w:sz w:val="24"/>
                <w:szCs w:val="24"/>
                <w:lang w:val="et-EE"/>
              </w:rPr>
              <w:t>Arendusmeeskond</w:t>
            </w:r>
          </w:p>
        </w:tc>
      </w:tr>
      <w:tr w:rsidRPr="00D22C81" w:rsidR="00E86E69" w:rsidTr="00E86E69" w14:paraId="27FA2B91" w14:textId="77777777">
        <w:trPr>
          <w:trHeight w:val="300"/>
          <w:tblCellSpacing w:w="15" w:type="dxa"/>
        </w:trPr>
        <w:tc>
          <w:tcPr>
            <w:tcW w:w="2970" w:type="dxa"/>
            <w:tcBorders>
              <w:top w:val="single" w:color="auto" w:sz="6" w:space="0"/>
              <w:left w:val="single" w:color="auto" w:sz="6" w:space="0"/>
              <w:bottom w:val="single" w:color="auto" w:sz="6" w:space="0"/>
              <w:right w:val="single" w:color="auto" w:sz="6" w:space="0"/>
            </w:tcBorders>
            <w:shd w:val="clear" w:color="auto" w:fill="FFFFFF"/>
            <w:vAlign w:val="center"/>
          </w:tcPr>
          <w:p w:rsidRPr="00D22C81" w:rsidR="00E86E69" w:rsidP="00E86E69" w:rsidRDefault="00E86E69" w14:paraId="53B90D8D" w14:textId="43662893">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r>
              <w:rPr>
                <w:rFonts w:ascii="Times New Roman" w:hAnsi="Times New Roman" w:cs="Times New Roman"/>
                <w:sz w:val="24"/>
                <w:szCs w:val="24"/>
                <w:lang w:val="et-EE"/>
              </w:rPr>
              <w:t>Arendusmeeskonna töö</w:t>
            </w:r>
          </w:p>
        </w:tc>
        <w:tc>
          <w:tcPr>
            <w:tcW w:w="6367" w:type="dxa"/>
            <w:tcBorders>
              <w:top w:val="single" w:color="auto" w:sz="6" w:space="0"/>
              <w:left w:val="single" w:color="auto" w:sz="6" w:space="0"/>
              <w:bottom w:val="single" w:color="auto" w:sz="6" w:space="0"/>
              <w:right w:val="single" w:color="auto" w:sz="6" w:space="0"/>
            </w:tcBorders>
            <w:shd w:val="clear" w:color="auto" w:fill="FFFFFF"/>
            <w:vAlign w:val="center"/>
          </w:tcPr>
          <w:p w:rsidRPr="00D22C81" w:rsidR="00E86E69" w:rsidP="00E86E69" w:rsidRDefault="00E86E69" w14:paraId="7D49C811" w14:textId="412F7382">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r>
              <w:rPr>
                <w:rFonts w:ascii="Times New Roman" w:hAnsi="Times New Roman" w:cs="Times New Roman"/>
                <w:sz w:val="24"/>
                <w:szCs w:val="24"/>
                <w:lang w:val="et-EE"/>
              </w:rPr>
              <w:t>Tööde ja tulemuse kirjeldus</w:t>
            </w:r>
          </w:p>
        </w:tc>
        <w:tc>
          <w:tcPr>
            <w:tcW w:w="1822" w:type="dxa"/>
            <w:tcBorders>
              <w:top w:val="single" w:color="auto" w:sz="6" w:space="0"/>
              <w:left w:val="single" w:color="auto" w:sz="6" w:space="0"/>
              <w:bottom w:val="single" w:color="auto" w:sz="6" w:space="0"/>
              <w:right w:val="single" w:color="auto" w:sz="6" w:space="0"/>
            </w:tcBorders>
            <w:shd w:val="clear" w:color="auto" w:fill="FFFFFF"/>
            <w:vAlign w:val="center"/>
          </w:tcPr>
          <w:p w:rsidRPr="00D22C81" w:rsidR="00E86E69" w:rsidP="00E86E69" w:rsidRDefault="00E86E69" w14:paraId="128D26D2" w14:textId="546F0F7A">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p>
        </w:tc>
        <w:tc>
          <w:tcPr>
            <w:tcW w:w="2247" w:type="dxa"/>
            <w:tcBorders>
              <w:top w:val="single" w:color="auto" w:sz="6" w:space="0"/>
              <w:left w:val="single" w:color="auto" w:sz="6" w:space="0"/>
              <w:bottom w:val="single" w:color="auto" w:sz="6" w:space="0"/>
              <w:right w:val="single" w:color="auto" w:sz="6" w:space="0"/>
            </w:tcBorders>
            <w:shd w:val="clear" w:color="auto" w:fill="FFFFFF"/>
            <w:vAlign w:val="center"/>
          </w:tcPr>
          <w:p w:rsidRPr="00D22C81" w:rsidR="00E86E69" w:rsidP="00E86E69" w:rsidRDefault="00E86E69" w14:paraId="4C16F678" w14:textId="43B19F93">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r>
              <w:rPr>
                <w:rFonts w:ascii="Times New Roman" w:hAnsi="Times New Roman" w:cs="Times New Roman"/>
                <w:sz w:val="24"/>
                <w:szCs w:val="24"/>
                <w:lang w:val="et-EE"/>
              </w:rPr>
              <w:t>Arendusmeeskond</w:t>
            </w:r>
          </w:p>
        </w:tc>
      </w:tr>
      <w:tr w:rsidRPr="00D22C81" w:rsidR="00E86E69" w:rsidTr="00E86E69" w14:paraId="3DE812F5" w14:textId="77777777">
        <w:trPr>
          <w:trHeight w:val="300"/>
          <w:tblCellSpacing w:w="15" w:type="dxa"/>
        </w:trPr>
        <w:tc>
          <w:tcPr>
            <w:tcW w:w="2970" w:type="dxa"/>
            <w:tcBorders>
              <w:top w:val="single" w:color="auto" w:sz="6" w:space="0"/>
              <w:left w:val="single" w:color="auto" w:sz="6" w:space="0"/>
              <w:bottom w:val="single" w:color="auto" w:sz="6" w:space="0"/>
              <w:right w:val="single" w:color="auto" w:sz="6" w:space="0"/>
            </w:tcBorders>
            <w:shd w:val="clear" w:color="auto" w:fill="FFFFFF"/>
            <w:vAlign w:val="center"/>
          </w:tcPr>
          <w:p w:rsidRPr="00D22C81" w:rsidR="00E86E69" w:rsidP="00E86E69" w:rsidRDefault="00E86E69" w14:paraId="0CB17BF6" w14:textId="141EDA33">
            <w:pPr>
              <w:spacing w:after="0" w:line="240" w:lineRule="auto"/>
              <w:rPr>
                <w:rFonts w:ascii="Times New Roman" w:hAnsi="Times New Roman" w:cs="Times New Roman"/>
                <w:sz w:val="24"/>
                <w:szCs w:val="24"/>
                <w:lang w:val="et-EE"/>
              </w:rPr>
            </w:pPr>
            <w:r w:rsidRPr="00D22C81">
              <w:rPr>
                <w:rFonts w:ascii="Times New Roman" w:hAnsi="Times New Roman" w:cs="Times New Roman"/>
                <w:b/>
                <w:bCs/>
                <w:sz w:val="24"/>
                <w:szCs w:val="24"/>
                <w:lang w:val="et-EE"/>
              </w:rPr>
              <w:t>I</w:t>
            </w:r>
            <w:r>
              <w:rPr>
                <w:rFonts w:ascii="Times New Roman" w:hAnsi="Times New Roman" w:cs="Times New Roman"/>
                <w:b/>
                <w:bCs/>
                <w:sz w:val="24"/>
                <w:szCs w:val="24"/>
                <w:lang w:val="et-EE"/>
              </w:rPr>
              <w:t>I</w:t>
            </w:r>
            <w:r w:rsidRPr="00D22C81">
              <w:rPr>
                <w:rFonts w:ascii="Times New Roman" w:hAnsi="Times New Roman" w:cs="Times New Roman"/>
                <w:b/>
                <w:bCs/>
                <w:sz w:val="24"/>
                <w:szCs w:val="24"/>
                <w:lang w:val="et-EE"/>
              </w:rPr>
              <w:t xml:space="preserve"> edenemiskoosolek HTM-iga</w:t>
            </w:r>
            <w:r w:rsidRPr="00D22C81">
              <w:rPr>
                <w:rFonts w:ascii="Times New Roman" w:hAnsi="Times New Roman" w:cs="Times New Roman"/>
                <w:sz w:val="24"/>
                <w:szCs w:val="24"/>
                <w:lang w:val="et-EE"/>
              </w:rPr>
              <w:t> </w:t>
            </w:r>
          </w:p>
        </w:tc>
        <w:tc>
          <w:tcPr>
            <w:tcW w:w="6367" w:type="dxa"/>
            <w:tcBorders>
              <w:top w:val="single" w:color="auto" w:sz="6" w:space="0"/>
              <w:left w:val="single" w:color="auto" w:sz="6" w:space="0"/>
              <w:bottom w:val="single" w:color="auto" w:sz="6" w:space="0"/>
              <w:right w:val="single" w:color="auto" w:sz="6" w:space="0"/>
            </w:tcBorders>
            <w:shd w:val="clear" w:color="auto" w:fill="FFFFFF"/>
            <w:vAlign w:val="center"/>
          </w:tcPr>
          <w:p w:rsidRPr="00D22C81" w:rsidR="00E86E69" w:rsidP="00E86E69" w:rsidRDefault="00E86E69" w14:paraId="0FED3EB9" w14:textId="65869F08">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Ülevaade tehtud tööst ja vahetulemustest, tekkinud küsimuste ja probleemide arutelu ning edasiste tegevuste täpsustamine. </w:t>
            </w:r>
          </w:p>
        </w:tc>
        <w:tc>
          <w:tcPr>
            <w:tcW w:w="1822" w:type="dxa"/>
            <w:tcBorders>
              <w:top w:val="single" w:color="auto" w:sz="6" w:space="0"/>
              <w:left w:val="single" w:color="auto" w:sz="6" w:space="0"/>
              <w:bottom w:val="single" w:color="auto" w:sz="6" w:space="0"/>
              <w:right w:val="single" w:color="auto" w:sz="6" w:space="0"/>
            </w:tcBorders>
            <w:shd w:val="clear" w:color="auto" w:fill="FFFFFF"/>
            <w:vAlign w:val="center"/>
          </w:tcPr>
          <w:p w:rsidRPr="00D22C81" w:rsidR="00E86E69" w:rsidP="00E86E69" w:rsidRDefault="00376169" w14:paraId="1B8C0C14" w14:textId="62D2D3D1">
            <w:pPr>
              <w:spacing w:after="0" w:line="240" w:lineRule="auto"/>
              <w:rPr>
                <w:rFonts w:ascii="Times New Roman" w:hAnsi="Times New Roman" w:cs="Times New Roman"/>
                <w:sz w:val="24"/>
                <w:szCs w:val="24"/>
                <w:lang w:val="et-EE"/>
              </w:rPr>
            </w:pPr>
            <w:r>
              <w:rPr>
                <w:rFonts w:ascii="Times New Roman" w:hAnsi="Times New Roman" w:cs="Times New Roman"/>
                <w:b/>
                <w:bCs/>
                <w:sz w:val="24"/>
                <w:szCs w:val="24"/>
                <w:lang w:val="et-EE"/>
              </w:rPr>
              <w:t>d</w:t>
            </w:r>
            <w:r w:rsidR="00E86E69">
              <w:rPr>
                <w:rFonts w:ascii="Times New Roman" w:hAnsi="Times New Roman" w:cs="Times New Roman"/>
                <w:b/>
                <w:bCs/>
                <w:sz w:val="24"/>
                <w:szCs w:val="24"/>
                <w:lang w:val="et-EE"/>
              </w:rPr>
              <w:t>etsembri lõpp 2026</w:t>
            </w:r>
          </w:p>
        </w:tc>
        <w:tc>
          <w:tcPr>
            <w:tcW w:w="2247" w:type="dxa"/>
            <w:tcBorders>
              <w:top w:val="single" w:color="auto" w:sz="6" w:space="0"/>
              <w:left w:val="single" w:color="auto" w:sz="6" w:space="0"/>
              <w:bottom w:val="single" w:color="auto" w:sz="6" w:space="0"/>
              <w:right w:val="single" w:color="auto" w:sz="6" w:space="0"/>
            </w:tcBorders>
            <w:shd w:val="clear" w:color="auto" w:fill="FFFFFF"/>
            <w:vAlign w:val="center"/>
          </w:tcPr>
          <w:p w:rsidRPr="00D22C81" w:rsidR="00E86E69" w:rsidP="00E86E69" w:rsidRDefault="00E86E69" w14:paraId="66B80D6E" w14:textId="44B94F2A">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Arendusmeeskond / HTM </w:t>
            </w:r>
          </w:p>
        </w:tc>
      </w:tr>
      <w:tr w:rsidRPr="00D22C81" w:rsidR="00E86E69" w:rsidTr="00E86E69" w14:paraId="251B8E0F" w14:textId="77777777">
        <w:trPr>
          <w:trHeight w:val="300"/>
          <w:tblCellSpacing w:w="15" w:type="dxa"/>
        </w:trPr>
        <w:tc>
          <w:tcPr>
            <w:tcW w:w="2970" w:type="dxa"/>
            <w:tcBorders>
              <w:top w:val="single" w:color="auto" w:sz="6" w:space="0"/>
              <w:left w:val="single" w:color="auto" w:sz="6" w:space="0"/>
              <w:bottom w:val="single" w:color="auto" w:sz="6" w:space="0"/>
              <w:right w:val="single" w:color="auto" w:sz="6" w:space="0"/>
            </w:tcBorders>
            <w:shd w:val="clear" w:color="auto" w:fill="FFFFFF"/>
            <w:vAlign w:val="center"/>
          </w:tcPr>
          <w:p w:rsidRPr="00D22C81" w:rsidR="00E86E69" w:rsidP="00E86E69" w:rsidRDefault="00E86E69" w14:paraId="69E221C8" w14:textId="59572055">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r>
              <w:rPr>
                <w:rFonts w:ascii="Times New Roman" w:hAnsi="Times New Roman" w:cs="Times New Roman"/>
                <w:sz w:val="24"/>
                <w:szCs w:val="24"/>
                <w:lang w:val="et-EE"/>
              </w:rPr>
              <w:t>Arendusmeeskonna töö</w:t>
            </w:r>
          </w:p>
        </w:tc>
        <w:tc>
          <w:tcPr>
            <w:tcW w:w="6367" w:type="dxa"/>
            <w:tcBorders>
              <w:top w:val="single" w:color="auto" w:sz="6" w:space="0"/>
              <w:left w:val="single" w:color="auto" w:sz="6" w:space="0"/>
              <w:bottom w:val="single" w:color="auto" w:sz="6" w:space="0"/>
              <w:right w:val="single" w:color="auto" w:sz="6" w:space="0"/>
            </w:tcBorders>
            <w:shd w:val="clear" w:color="auto" w:fill="FFFFFF"/>
            <w:vAlign w:val="center"/>
          </w:tcPr>
          <w:p w:rsidRPr="00D22C81" w:rsidR="00E86E69" w:rsidP="00E86E69" w:rsidRDefault="00E86E69" w14:paraId="2336D44B" w14:textId="7E803524">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r>
              <w:rPr>
                <w:rFonts w:ascii="Times New Roman" w:hAnsi="Times New Roman" w:cs="Times New Roman"/>
                <w:sz w:val="24"/>
                <w:szCs w:val="24"/>
                <w:lang w:val="et-EE"/>
              </w:rPr>
              <w:t>Tööde ja tulemuse kirjeldus</w:t>
            </w:r>
          </w:p>
        </w:tc>
        <w:tc>
          <w:tcPr>
            <w:tcW w:w="1822" w:type="dxa"/>
            <w:tcBorders>
              <w:top w:val="single" w:color="auto" w:sz="6" w:space="0"/>
              <w:left w:val="single" w:color="auto" w:sz="6" w:space="0"/>
              <w:bottom w:val="single" w:color="auto" w:sz="6" w:space="0"/>
              <w:right w:val="single" w:color="auto" w:sz="6" w:space="0"/>
            </w:tcBorders>
            <w:shd w:val="clear" w:color="auto" w:fill="FFFFFF"/>
            <w:vAlign w:val="center"/>
          </w:tcPr>
          <w:p w:rsidRPr="00D22C81" w:rsidR="00E86E69" w:rsidP="00E86E69" w:rsidRDefault="00E86E69" w14:paraId="097B0489" w14:textId="1783A53C">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p>
        </w:tc>
        <w:tc>
          <w:tcPr>
            <w:tcW w:w="2247" w:type="dxa"/>
            <w:tcBorders>
              <w:top w:val="single" w:color="auto" w:sz="6" w:space="0"/>
              <w:left w:val="single" w:color="auto" w:sz="6" w:space="0"/>
              <w:bottom w:val="single" w:color="auto" w:sz="6" w:space="0"/>
              <w:right w:val="single" w:color="auto" w:sz="6" w:space="0"/>
            </w:tcBorders>
            <w:shd w:val="clear" w:color="auto" w:fill="FFFFFF"/>
            <w:vAlign w:val="center"/>
          </w:tcPr>
          <w:p w:rsidRPr="00D22C81" w:rsidR="00E86E69" w:rsidP="00E86E69" w:rsidRDefault="00E86E69" w14:paraId="4F69B397" w14:textId="3066ABB7">
            <w:pPr>
              <w:spacing w:after="0" w:line="240" w:lineRule="auto"/>
              <w:rPr>
                <w:rFonts w:ascii="Times New Roman" w:hAnsi="Times New Roman" w:cs="Times New Roman"/>
                <w:sz w:val="24"/>
                <w:szCs w:val="24"/>
                <w:lang w:val="et-EE"/>
              </w:rPr>
            </w:pPr>
            <w:r w:rsidRPr="00D22C81">
              <w:rPr>
                <w:rFonts w:ascii="Times New Roman" w:hAnsi="Times New Roman" w:cs="Times New Roman"/>
                <w:sz w:val="24"/>
                <w:szCs w:val="24"/>
                <w:lang w:val="et-EE"/>
              </w:rPr>
              <w:t> </w:t>
            </w:r>
            <w:r>
              <w:rPr>
                <w:rFonts w:ascii="Times New Roman" w:hAnsi="Times New Roman" w:cs="Times New Roman"/>
                <w:sz w:val="24"/>
                <w:szCs w:val="24"/>
                <w:lang w:val="et-EE"/>
              </w:rPr>
              <w:t>Arendusmeeskond</w:t>
            </w:r>
          </w:p>
        </w:tc>
      </w:tr>
      <w:tr w:rsidRPr="00D22C81" w:rsidR="00E86E69" w:rsidTr="00E86E69" w14:paraId="0D01AFA2" w14:textId="77777777">
        <w:trPr>
          <w:trHeight w:val="300"/>
          <w:tblCellSpacing w:w="15" w:type="dxa"/>
        </w:trPr>
        <w:tc>
          <w:tcPr>
            <w:tcW w:w="2970" w:type="dxa"/>
            <w:tcBorders>
              <w:top w:val="single" w:color="auto" w:sz="6" w:space="0"/>
              <w:left w:val="single" w:color="auto" w:sz="6" w:space="0"/>
              <w:bottom w:val="single" w:color="auto" w:sz="6" w:space="0"/>
              <w:right w:val="single" w:color="auto" w:sz="6" w:space="0"/>
            </w:tcBorders>
            <w:shd w:val="clear" w:color="auto" w:fill="FFFFFF"/>
            <w:vAlign w:val="center"/>
          </w:tcPr>
          <w:p w:rsidRPr="005600B5" w:rsidR="00E86E69" w:rsidP="00E86E69" w:rsidRDefault="005600B5" w14:paraId="24D59E66" w14:textId="6C0A161D">
            <w:pPr>
              <w:spacing w:after="0" w:line="240" w:lineRule="auto"/>
              <w:rPr>
                <w:rFonts w:ascii="Times New Roman" w:hAnsi="Times New Roman" w:cs="Times New Roman"/>
                <w:b/>
                <w:bCs/>
                <w:sz w:val="24"/>
                <w:szCs w:val="24"/>
                <w:lang w:val="et-EE"/>
              </w:rPr>
            </w:pPr>
            <w:r>
              <w:rPr>
                <w:rFonts w:ascii="Times New Roman" w:hAnsi="Times New Roman" w:cs="Times New Roman"/>
                <w:b/>
                <w:bCs/>
                <w:sz w:val="24"/>
                <w:szCs w:val="24"/>
                <w:lang w:val="et-EE"/>
              </w:rPr>
              <w:t>Raamõppekava</w:t>
            </w:r>
            <w:r w:rsidRPr="005600B5" w:rsidR="00E86E69">
              <w:rPr>
                <w:rFonts w:ascii="Times New Roman" w:hAnsi="Times New Roman" w:cs="Times New Roman"/>
                <w:b/>
                <w:bCs/>
                <w:sz w:val="24"/>
                <w:szCs w:val="24"/>
                <w:lang w:val="et-EE"/>
              </w:rPr>
              <w:t xml:space="preserve"> esitamine</w:t>
            </w:r>
          </w:p>
        </w:tc>
        <w:tc>
          <w:tcPr>
            <w:tcW w:w="6367" w:type="dxa"/>
            <w:tcBorders>
              <w:top w:val="single" w:color="auto" w:sz="6" w:space="0"/>
              <w:left w:val="single" w:color="auto" w:sz="6" w:space="0"/>
              <w:bottom w:val="single" w:color="auto" w:sz="6" w:space="0"/>
              <w:right w:val="single" w:color="auto" w:sz="6" w:space="0"/>
            </w:tcBorders>
            <w:shd w:val="clear" w:color="auto" w:fill="FFFFFF"/>
            <w:vAlign w:val="center"/>
          </w:tcPr>
          <w:p w:rsidRPr="005600B5" w:rsidR="00E86E69" w:rsidP="00E86E69" w:rsidRDefault="00E86E69" w14:paraId="322A7CE8" w14:textId="77777777">
            <w:pPr>
              <w:spacing w:after="0" w:line="240" w:lineRule="auto"/>
              <w:rPr>
                <w:rFonts w:ascii="Times New Roman" w:hAnsi="Times New Roman" w:cs="Times New Roman"/>
                <w:b/>
                <w:bCs/>
                <w:sz w:val="24"/>
                <w:szCs w:val="24"/>
                <w:lang w:val="et-EE"/>
              </w:rPr>
            </w:pPr>
          </w:p>
        </w:tc>
        <w:tc>
          <w:tcPr>
            <w:tcW w:w="1822" w:type="dxa"/>
            <w:tcBorders>
              <w:top w:val="single" w:color="auto" w:sz="6" w:space="0"/>
              <w:left w:val="single" w:color="auto" w:sz="6" w:space="0"/>
              <w:bottom w:val="single" w:color="auto" w:sz="6" w:space="0"/>
              <w:right w:val="single" w:color="auto" w:sz="6" w:space="0"/>
            </w:tcBorders>
            <w:shd w:val="clear" w:color="auto" w:fill="FFFFFF"/>
            <w:vAlign w:val="center"/>
          </w:tcPr>
          <w:p w:rsidRPr="005600B5" w:rsidR="00E86E69" w:rsidP="00E86E69" w:rsidRDefault="00E86E69" w14:paraId="23069F8F" w14:textId="19FC38A8">
            <w:pPr>
              <w:spacing w:after="0" w:line="240" w:lineRule="auto"/>
              <w:rPr>
                <w:rFonts w:ascii="Times New Roman" w:hAnsi="Times New Roman" w:cs="Times New Roman"/>
                <w:b/>
                <w:bCs/>
                <w:sz w:val="24"/>
                <w:szCs w:val="24"/>
                <w:lang w:val="et-EE"/>
              </w:rPr>
            </w:pPr>
            <w:r w:rsidRPr="005600B5">
              <w:rPr>
                <w:rFonts w:ascii="Times New Roman" w:hAnsi="Times New Roman" w:cs="Times New Roman"/>
                <w:b/>
                <w:bCs/>
                <w:sz w:val="24"/>
                <w:szCs w:val="24"/>
                <w:lang w:val="et-EE"/>
              </w:rPr>
              <w:t>15. jaanuar 2027</w:t>
            </w:r>
          </w:p>
        </w:tc>
        <w:tc>
          <w:tcPr>
            <w:tcW w:w="2247" w:type="dxa"/>
            <w:tcBorders>
              <w:top w:val="single" w:color="auto" w:sz="6" w:space="0"/>
              <w:left w:val="single" w:color="auto" w:sz="6" w:space="0"/>
              <w:bottom w:val="single" w:color="auto" w:sz="6" w:space="0"/>
              <w:right w:val="single" w:color="auto" w:sz="6" w:space="0"/>
            </w:tcBorders>
            <w:shd w:val="clear" w:color="auto" w:fill="FFFFFF"/>
            <w:vAlign w:val="center"/>
          </w:tcPr>
          <w:p w:rsidRPr="00D22C81" w:rsidR="00E86E69" w:rsidP="00E86E69" w:rsidRDefault="00E86E69" w14:paraId="5023EB2B" w14:textId="77777777">
            <w:pPr>
              <w:spacing w:after="0" w:line="240" w:lineRule="auto"/>
              <w:rPr>
                <w:rFonts w:ascii="Times New Roman" w:hAnsi="Times New Roman" w:cs="Times New Roman"/>
                <w:sz w:val="24"/>
                <w:szCs w:val="24"/>
                <w:lang w:val="et-EE"/>
              </w:rPr>
            </w:pPr>
          </w:p>
        </w:tc>
      </w:tr>
    </w:tbl>
    <w:p w:rsidRPr="00D22C81" w:rsidR="001C247A" w:rsidP="00E86E69" w:rsidRDefault="001C247A" w14:paraId="447C7367" w14:textId="2DA925B6">
      <w:pPr>
        <w:spacing w:after="0" w:line="240" w:lineRule="auto"/>
        <w:rPr>
          <w:rFonts w:ascii="Times New Roman" w:hAnsi="Times New Roman" w:cs="Times New Roman"/>
          <w:sz w:val="24"/>
          <w:szCs w:val="24"/>
          <w:lang w:val="et-EE"/>
        </w:rPr>
      </w:pPr>
    </w:p>
    <w:sectPr w:rsidRPr="00D22C81" w:rsidR="001C247A" w:rsidSect="005368D0">
      <w:pgSz w:w="15840" w:h="12240" w:orient="landscape"/>
      <w:pgMar w:top="1247" w:right="1134" w:bottom="124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70AE6" w:rsidRDefault="00870AE6" w14:paraId="0383FC64" w14:textId="77777777">
      <w:pPr>
        <w:spacing w:after="0" w:line="240" w:lineRule="auto"/>
      </w:pPr>
      <w:r>
        <w:separator/>
      </w:r>
    </w:p>
  </w:endnote>
  <w:endnote w:type="continuationSeparator" w:id="0">
    <w:p w:rsidR="00870AE6" w:rsidRDefault="00870AE6" w14:paraId="486279B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7126537"/>
      <w:docPartObj>
        <w:docPartGallery w:val="Page Numbers (Bottom of Page)"/>
        <w:docPartUnique/>
      </w:docPartObj>
    </w:sdtPr>
    <w:sdtContent>
      <w:p w:rsidR="005600B5" w:rsidRDefault="005600B5" w14:paraId="5806A78F" w14:textId="7A6F7990">
        <w:pPr>
          <w:pStyle w:val="Jalus"/>
          <w:jc w:val="right"/>
        </w:pPr>
        <w:r>
          <w:fldChar w:fldCharType="begin"/>
        </w:r>
        <w:r>
          <w:instrText>PAGE   \* MERGEFORMAT</w:instrText>
        </w:r>
        <w:r>
          <w:fldChar w:fldCharType="separate"/>
        </w:r>
        <w:r>
          <w:rPr>
            <w:lang w:val="et-EE"/>
          </w:rPr>
          <w:t>2</w:t>
        </w:r>
        <w:r>
          <w:fldChar w:fldCharType="end"/>
        </w:r>
      </w:p>
    </w:sdtContent>
  </w:sdt>
  <w:p w:rsidR="00AB5AF2" w:rsidRDefault="00AB5AF2" w14:paraId="00AFFE55" w14:textId="783302FD">
    <w:pPr>
      <w:pStyle w:val="Jalu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70AE6" w:rsidRDefault="00870AE6" w14:paraId="46996C29" w14:textId="77777777">
      <w:pPr>
        <w:spacing w:after="0" w:line="240" w:lineRule="auto"/>
      </w:pPr>
      <w:r>
        <w:separator/>
      </w:r>
    </w:p>
  </w:footnote>
  <w:footnote w:type="continuationSeparator" w:id="0">
    <w:p w:rsidR="00870AE6" w:rsidRDefault="00870AE6" w14:paraId="08CCFD4B"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3">
    <w:nsid w:val="420aecd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oendi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oendi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oenditpp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oenditpp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1F06804C"/>
    <w:lvl w:ilvl="0">
      <w:start w:val="1"/>
      <w:numFmt w:val="decimal"/>
      <w:pStyle w:val="Loendi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oenditpp"/>
      <w:lvlText w:val=""/>
      <w:lvlJc w:val="left"/>
      <w:pPr>
        <w:tabs>
          <w:tab w:val="num" w:pos="360"/>
        </w:tabs>
        <w:ind w:left="360" w:hanging="360"/>
      </w:pPr>
      <w:rPr>
        <w:rFonts w:hint="default" w:ascii="Symbol" w:hAnsi="Symbol"/>
      </w:rPr>
    </w:lvl>
  </w:abstractNum>
  <w:abstractNum w:abstractNumId="9" w15:restartNumberingAfterBreak="0">
    <w:nsid w:val="04AB3554"/>
    <w:multiLevelType w:val="hybridMultilevel"/>
    <w:tmpl w:val="47249EE8"/>
    <w:lvl w:ilvl="0" w:tplc="04250017">
      <w:start w:val="1"/>
      <w:numFmt w:val="lowerLetter"/>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05441E8E"/>
    <w:multiLevelType w:val="hybridMultilevel"/>
    <w:tmpl w:val="B85C31A4"/>
    <w:lvl w:ilvl="0" w:tplc="04250017">
      <w:start w:val="1"/>
      <w:numFmt w:val="lowerLetter"/>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06AA4A9C"/>
    <w:multiLevelType w:val="hybridMultilevel"/>
    <w:tmpl w:val="0E02D792"/>
    <w:lvl w:ilvl="0" w:tplc="04250001">
      <w:start w:val="1"/>
      <w:numFmt w:val="bullet"/>
      <w:lvlText w:val=""/>
      <w:lvlJc w:val="left"/>
      <w:pPr>
        <w:ind w:left="720" w:hanging="360"/>
      </w:pPr>
      <w:rPr>
        <w:rFonts w:hint="default" w:ascii="Symbol" w:hAnsi="Symbol"/>
      </w:rPr>
    </w:lvl>
    <w:lvl w:ilvl="1" w:tplc="04250003" w:tentative="1">
      <w:start w:val="1"/>
      <w:numFmt w:val="bullet"/>
      <w:lvlText w:val="o"/>
      <w:lvlJc w:val="left"/>
      <w:pPr>
        <w:ind w:left="1440" w:hanging="360"/>
      </w:pPr>
      <w:rPr>
        <w:rFonts w:hint="default" w:ascii="Courier New" w:hAnsi="Courier New" w:cs="Courier New"/>
      </w:rPr>
    </w:lvl>
    <w:lvl w:ilvl="2" w:tplc="04250005" w:tentative="1">
      <w:start w:val="1"/>
      <w:numFmt w:val="bullet"/>
      <w:lvlText w:val=""/>
      <w:lvlJc w:val="left"/>
      <w:pPr>
        <w:ind w:left="2160" w:hanging="360"/>
      </w:pPr>
      <w:rPr>
        <w:rFonts w:hint="default" w:ascii="Wingdings" w:hAnsi="Wingdings"/>
      </w:rPr>
    </w:lvl>
    <w:lvl w:ilvl="3" w:tplc="04250001" w:tentative="1">
      <w:start w:val="1"/>
      <w:numFmt w:val="bullet"/>
      <w:lvlText w:val=""/>
      <w:lvlJc w:val="left"/>
      <w:pPr>
        <w:ind w:left="2880" w:hanging="360"/>
      </w:pPr>
      <w:rPr>
        <w:rFonts w:hint="default" w:ascii="Symbol" w:hAnsi="Symbol"/>
      </w:rPr>
    </w:lvl>
    <w:lvl w:ilvl="4" w:tplc="04250003" w:tentative="1">
      <w:start w:val="1"/>
      <w:numFmt w:val="bullet"/>
      <w:lvlText w:val="o"/>
      <w:lvlJc w:val="left"/>
      <w:pPr>
        <w:ind w:left="3600" w:hanging="360"/>
      </w:pPr>
      <w:rPr>
        <w:rFonts w:hint="default" w:ascii="Courier New" w:hAnsi="Courier New" w:cs="Courier New"/>
      </w:rPr>
    </w:lvl>
    <w:lvl w:ilvl="5" w:tplc="04250005" w:tentative="1">
      <w:start w:val="1"/>
      <w:numFmt w:val="bullet"/>
      <w:lvlText w:val=""/>
      <w:lvlJc w:val="left"/>
      <w:pPr>
        <w:ind w:left="4320" w:hanging="360"/>
      </w:pPr>
      <w:rPr>
        <w:rFonts w:hint="default" w:ascii="Wingdings" w:hAnsi="Wingdings"/>
      </w:rPr>
    </w:lvl>
    <w:lvl w:ilvl="6" w:tplc="04250001" w:tentative="1">
      <w:start w:val="1"/>
      <w:numFmt w:val="bullet"/>
      <w:lvlText w:val=""/>
      <w:lvlJc w:val="left"/>
      <w:pPr>
        <w:ind w:left="5040" w:hanging="360"/>
      </w:pPr>
      <w:rPr>
        <w:rFonts w:hint="default" w:ascii="Symbol" w:hAnsi="Symbol"/>
      </w:rPr>
    </w:lvl>
    <w:lvl w:ilvl="7" w:tplc="04250003" w:tentative="1">
      <w:start w:val="1"/>
      <w:numFmt w:val="bullet"/>
      <w:lvlText w:val="o"/>
      <w:lvlJc w:val="left"/>
      <w:pPr>
        <w:ind w:left="5760" w:hanging="360"/>
      </w:pPr>
      <w:rPr>
        <w:rFonts w:hint="default" w:ascii="Courier New" w:hAnsi="Courier New" w:cs="Courier New"/>
      </w:rPr>
    </w:lvl>
    <w:lvl w:ilvl="8" w:tplc="04250005" w:tentative="1">
      <w:start w:val="1"/>
      <w:numFmt w:val="bullet"/>
      <w:lvlText w:val=""/>
      <w:lvlJc w:val="left"/>
      <w:pPr>
        <w:ind w:left="6480" w:hanging="360"/>
      </w:pPr>
      <w:rPr>
        <w:rFonts w:hint="default" w:ascii="Wingdings" w:hAnsi="Wingdings"/>
      </w:rPr>
    </w:lvl>
  </w:abstractNum>
  <w:abstractNum w:abstractNumId="12" w15:restartNumberingAfterBreak="0">
    <w:nsid w:val="08B114D2"/>
    <w:multiLevelType w:val="multilevel"/>
    <w:tmpl w:val="C61818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15BE3D36"/>
    <w:multiLevelType w:val="hybridMultilevel"/>
    <w:tmpl w:val="9B720DE0"/>
    <w:lvl w:ilvl="0" w:tplc="C28A9EE0">
      <w:numFmt w:val="bullet"/>
      <w:lvlText w:val="-"/>
      <w:lvlJc w:val="left"/>
      <w:pPr>
        <w:ind w:left="720" w:hanging="360"/>
      </w:pPr>
      <w:rPr>
        <w:rFonts w:hint="default" w:ascii="Aptos" w:hAnsi="Aptos" w:eastAsiaTheme="minorEastAsia" w:cstheme="minorBidi"/>
      </w:rPr>
    </w:lvl>
    <w:lvl w:ilvl="1" w:tplc="04250003" w:tentative="1">
      <w:start w:val="1"/>
      <w:numFmt w:val="bullet"/>
      <w:lvlText w:val="o"/>
      <w:lvlJc w:val="left"/>
      <w:pPr>
        <w:ind w:left="1440" w:hanging="360"/>
      </w:pPr>
      <w:rPr>
        <w:rFonts w:hint="default" w:ascii="Courier New" w:hAnsi="Courier New" w:cs="Courier New"/>
      </w:rPr>
    </w:lvl>
    <w:lvl w:ilvl="2" w:tplc="04250005" w:tentative="1">
      <w:start w:val="1"/>
      <w:numFmt w:val="bullet"/>
      <w:lvlText w:val=""/>
      <w:lvlJc w:val="left"/>
      <w:pPr>
        <w:ind w:left="2160" w:hanging="360"/>
      </w:pPr>
      <w:rPr>
        <w:rFonts w:hint="default" w:ascii="Wingdings" w:hAnsi="Wingdings"/>
      </w:rPr>
    </w:lvl>
    <w:lvl w:ilvl="3" w:tplc="04250001" w:tentative="1">
      <w:start w:val="1"/>
      <w:numFmt w:val="bullet"/>
      <w:lvlText w:val=""/>
      <w:lvlJc w:val="left"/>
      <w:pPr>
        <w:ind w:left="2880" w:hanging="360"/>
      </w:pPr>
      <w:rPr>
        <w:rFonts w:hint="default" w:ascii="Symbol" w:hAnsi="Symbol"/>
      </w:rPr>
    </w:lvl>
    <w:lvl w:ilvl="4" w:tplc="04250003" w:tentative="1">
      <w:start w:val="1"/>
      <w:numFmt w:val="bullet"/>
      <w:lvlText w:val="o"/>
      <w:lvlJc w:val="left"/>
      <w:pPr>
        <w:ind w:left="3600" w:hanging="360"/>
      </w:pPr>
      <w:rPr>
        <w:rFonts w:hint="default" w:ascii="Courier New" w:hAnsi="Courier New" w:cs="Courier New"/>
      </w:rPr>
    </w:lvl>
    <w:lvl w:ilvl="5" w:tplc="04250005" w:tentative="1">
      <w:start w:val="1"/>
      <w:numFmt w:val="bullet"/>
      <w:lvlText w:val=""/>
      <w:lvlJc w:val="left"/>
      <w:pPr>
        <w:ind w:left="4320" w:hanging="360"/>
      </w:pPr>
      <w:rPr>
        <w:rFonts w:hint="default" w:ascii="Wingdings" w:hAnsi="Wingdings"/>
      </w:rPr>
    </w:lvl>
    <w:lvl w:ilvl="6" w:tplc="04250001" w:tentative="1">
      <w:start w:val="1"/>
      <w:numFmt w:val="bullet"/>
      <w:lvlText w:val=""/>
      <w:lvlJc w:val="left"/>
      <w:pPr>
        <w:ind w:left="5040" w:hanging="360"/>
      </w:pPr>
      <w:rPr>
        <w:rFonts w:hint="default" w:ascii="Symbol" w:hAnsi="Symbol"/>
      </w:rPr>
    </w:lvl>
    <w:lvl w:ilvl="7" w:tplc="04250003" w:tentative="1">
      <w:start w:val="1"/>
      <w:numFmt w:val="bullet"/>
      <w:lvlText w:val="o"/>
      <w:lvlJc w:val="left"/>
      <w:pPr>
        <w:ind w:left="5760" w:hanging="360"/>
      </w:pPr>
      <w:rPr>
        <w:rFonts w:hint="default" w:ascii="Courier New" w:hAnsi="Courier New" w:cs="Courier New"/>
      </w:rPr>
    </w:lvl>
    <w:lvl w:ilvl="8" w:tplc="04250005" w:tentative="1">
      <w:start w:val="1"/>
      <w:numFmt w:val="bullet"/>
      <w:lvlText w:val=""/>
      <w:lvlJc w:val="left"/>
      <w:pPr>
        <w:ind w:left="6480" w:hanging="360"/>
      </w:pPr>
      <w:rPr>
        <w:rFonts w:hint="default" w:ascii="Wingdings" w:hAnsi="Wingdings"/>
      </w:rPr>
    </w:lvl>
  </w:abstractNum>
  <w:abstractNum w:abstractNumId="14" w15:restartNumberingAfterBreak="0">
    <w:nsid w:val="173B790C"/>
    <w:multiLevelType w:val="multilevel"/>
    <w:tmpl w:val="3C3EA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C7D0B3B"/>
    <w:multiLevelType w:val="hybridMultilevel"/>
    <w:tmpl w:val="F0241498"/>
    <w:lvl w:ilvl="0" w:tplc="04250011">
      <w:start w:val="1"/>
      <w:numFmt w:val="decimal"/>
      <w:lvlText w:val="%1)"/>
      <w:lvlJc w:val="left"/>
      <w:pPr>
        <w:ind w:left="720" w:hanging="360"/>
      </w:p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1DBE46CD"/>
    <w:multiLevelType w:val="hybridMultilevel"/>
    <w:tmpl w:val="8A707D24"/>
    <w:lvl w:ilvl="0" w:tplc="0425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7" w15:restartNumberingAfterBreak="0">
    <w:nsid w:val="1E8C1216"/>
    <w:multiLevelType w:val="multilevel"/>
    <w:tmpl w:val="0BAE91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236E7C95"/>
    <w:multiLevelType w:val="hybridMultilevel"/>
    <w:tmpl w:val="84449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C31142D"/>
    <w:multiLevelType w:val="multilevel"/>
    <w:tmpl w:val="726C2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11A4D66"/>
    <w:multiLevelType w:val="hybridMultilevel"/>
    <w:tmpl w:val="2354C15E"/>
    <w:lvl w:ilvl="0" w:tplc="04250001">
      <w:start w:val="1"/>
      <w:numFmt w:val="bullet"/>
      <w:lvlText w:val=""/>
      <w:lvlJc w:val="left"/>
      <w:pPr>
        <w:ind w:left="720" w:hanging="360"/>
      </w:pPr>
      <w:rPr>
        <w:rFonts w:hint="default" w:ascii="Symbol" w:hAnsi="Symbol"/>
      </w:rPr>
    </w:lvl>
    <w:lvl w:ilvl="1" w:tplc="04250003" w:tentative="1">
      <w:start w:val="1"/>
      <w:numFmt w:val="bullet"/>
      <w:lvlText w:val="o"/>
      <w:lvlJc w:val="left"/>
      <w:pPr>
        <w:ind w:left="1440" w:hanging="360"/>
      </w:pPr>
      <w:rPr>
        <w:rFonts w:hint="default" w:ascii="Courier New" w:hAnsi="Courier New" w:cs="Courier New"/>
      </w:rPr>
    </w:lvl>
    <w:lvl w:ilvl="2" w:tplc="04250005" w:tentative="1">
      <w:start w:val="1"/>
      <w:numFmt w:val="bullet"/>
      <w:lvlText w:val=""/>
      <w:lvlJc w:val="left"/>
      <w:pPr>
        <w:ind w:left="2160" w:hanging="360"/>
      </w:pPr>
      <w:rPr>
        <w:rFonts w:hint="default" w:ascii="Wingdings" w:hAnsi="Wingdings"/>
      </w:rPr>
    </w:lvl>
    <w:lvl w:ilvl="3" w:tplc="04250001" w:tentative="1">
      <w:start w:val="1"/>
      <w:numFmt w:val="bullet"/>
      <w:lvlText w:val=""/>
      <w:lvlJc w:val="left"/>
      <w:pPr>
        <w:ind w:left="2880" w:hanging="360"/>
      </w:pPr>
      <w:rPr>
        <w:rFonts w:hint="default" w:ascii="Symbol" w:hAnsi="Symbol"/>
      </w:rPr>
    </w:lvl>
    <w:lvl w:ilvl="4" w:tplc="04250003" w:tentative="1">
      <w:start w:val="1"/>
      <w:numFmt w:val="bullet"/>
      <w:lvlText w:val="o"/>
      <w:lvlJc w:val="left"/>
      <w:pPr>
        <w:ind w:left="3600" w:hanging="360"/>
      </w:pPr>
      <w:rPr>
        <w:rFonts w:hint="default" w:ascii="Courier New" w:hAnsi="Courier New" w:cs="Courier New"/>
      </w:rPr>
    </w:lvl>
    <w:lvl w:ilvl="5" w:tplc="04250005" w:tentative="1">
      <w:start w:val="1"/>
      <w:numFmt w:val="bullet"/>
      <w:lvlText w:val=""/>
      <w:lvlJc w:val="left"/>
      <w:pPr>
        <w:ind w:left="4320" w:hanging="360"/>
      </w:pPr>
      <w:rPr>
        <w:rFonts w:hint="default" w:ascii="Wingdings" w:hAnsi="Wingdings"/>
      </w:rPr>
    </w:lvl>
    <w:lvl w:ilvl="6" w:tplc="04250001" w:tentative="1">
      <w:start w:val="1"/>
      <w:numFmt w:val="bullet"/>
      <w:lvlText w:val=""/>
      <w:lvlJc w:val="left"/>
      <w:pPr>
        <w:ind w:left="5040" w:hanging="360"/>
      </w:pPr>
      <w:rPr>
        <w:rFonts w:hint="default" w:ascii="Symbol" w:hAnsi="Symbol"/>
      </w:rPr>
    </w:lvl>
    <w:lvl w:ilvl="7" w:tplc="04250003" w:tentative="1">
      <w:start w:val="1"/>
      <w:numFmt w:val="bullet"/>
      <w:lvlText w:val="o"/>
      <w:lvlJc w:val="left"/>
      <w:pPr>
        <w:ind w:left="5760" w:hanging="360"/>
      </w:pPr>
      <w:rPr>
        <w:rFonts w:hint="default" w:ascii="Courier New" w:hAnsi="Courier New" w:cs="Courier New"/>
      </w:rPr>
    </w:lvl>
    <w:lvl w:ilvl="8" w:tplc="04250005" w:tentative="1">
      <w:start w:val="1"/>
      <w:numFmt w:val="bullet"/>
      <w:lvlText w:val=""/>
      <w:lvlJc w:val="left"/>
      <w:pPr>
        <w:ind w:left="6480" w:hanging="360"/>
      </w:pPr>
      <w:rPr>
        <w:rFonts w:hint="default" w:ascii="Wingdings" w:hAnsi="Wingdings"/>
      </w:rPr>
    </w:lvl>
  </w:abstractNum>
  <w:abstractNum w:abstractNumId="21" w15:restartNumberingAfterBreak="0">
    <w:nsid w:val="424E59B3"/>
    <w:multiLevelType w:val="hybridMultilevel"/>
    <w:tmpl w:val="9D3C80EA"/>
    <w:lvl w:ilvl="0" w:tplc="042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9CF5559"/>
    <w:multiLevelType w:val="multilevel"/>
    <w:tmpl w:val="11506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D3385D"/>
    <w:multiLevelType w:val="hybridMultilevel"/>
    <w:tmpl w:val="2B9ECAC0"/>
    <w:lvl w:ilvl="0" w:tplc="04250001">
      <w:start w:val="1"/>
      <w:numFmt w:val="bullet"/>
      <w:lvlText w:val=""/>
      <w:lvlJc w:val="left"/>
      <w:pPr>
        <w:ind w:left="720" w:hanging="360"/>
      </w:pPr>
      <w:rPr>
        <w:rFonts w:hint="default" w:ascii="Symbol" w:hAnsi="Symbol"/>
      </w:rPr>
    </w:lvl>
    <w:lvl w:ilvl="1" w:tplc="04250003" w:tentative="1">
      <w:start w:val="1"/>
      <w:numFmt w:val="bullet"/>
      <w:lvlText w:val="o"/>
      <w:lvlJc w:val="left"/>
      <w:pPr>
        <w:ind w:left="1440" w:hanging="360"/>
      </w:pPr>
      <w:rPr>
        <w:rFonts w:hint="default" w:ascii="Courier New" w:hAnsi="Courier New" w:cs="Courier New"/>
      </w:rPr>
    </w:lvl>
    <w:lvl w:ilvl="2" w:tplc="04250005" w:tentative="1">
      <w:start w:val="1"/>
      <w:numFmt w:val="bullet"/>
      <w:lvlText w:val=""/>
      <w:lvlJc w:val="left"/>
      <w:pPr>
        <w:ind w:left="2160" w:hanging="360"/>
      </w:pPr>
      <w:rPr>
        <w:rFonts w:hint="default" w:ascii="Wingdings" w:hAnsi="Wingdings"/>
      </w:rPr>
    </w:lvl>
    <w:lvl w:ilvl="3" w:tplc="04250001" w:tentative="1">
      <w:start w:val="1"/>
      <w:numFmt w:val="bullet"/>
      <w:lvlText w:val=""/>
      <w:lvlJc w:val="left"/>
      <w:pPr>
        <w:ind w:left="2880" w:hanging="360"/>
      </w:pPr>
      <w:rPr>
        <w:rFonts w:hint="default" w:ascii="Symbol" w:hAnsi="Symbol"/>
      </w:rPr>
    </w:lvl>
    <w:lvl w:ilvl="4" w:tplc="04250003" w:tentative="1">
      <w:start w:val="1"/>
      <w:numFmt w:val="bullet"/>
      <w:lvlText w:val="o"/>
      <w:lvlJc w:val="left"/>
      <w:pPr>
        <w:ind w:left="3600" w:hanging="360"/>
      </w:pPr>
      <w:rPr>
        <w:rFonts w:hint="default" w:ascii="Courier New" w:hAnsi="Courier New" w:cs="Courier New"/>
      </w:rPr>
    </w:lvl>
    <w:lvl w:ilvl="5" w:tplc="04250005" w:tentative="1">
      <w:start w:val="1"/>
      <w:numFmt w:val="bullet"/>
      <w:lvlText w:val=""/>
      <w:lvlJc w:val="left"/>
      <w:pPr>
        <w:ind w:left="4320" w:hanging="360"/>
      </w:pPr>
      <w:rPr>
        <w:rFonts w:hint="default" w:ascii="Wingdings" w:hAnsi="Wingdings"/>
      </w:rPr>
    </w:lvl>
    <w:lvl w:ilvl="6" w:tplc="04250001" w:tentative="1">
      <w:start w:val="1"/>
      <w:numFmt w:val="bullet"/>
      <w:lvlText w:val=""/>
      <w:lvlJc w:val="left"/>
      <w:pPr>
        <w:ind w:left="5040" w:hanging="360"/>
      </w:pPr>
      <w:rPr>
        <w:rFonts w:hint="default" w:ascii="Symbol" w:hAnsi="Symbol"/>
      </w:rPr>
    </w:lvl>
    <w:lvl w:ilvl="7" w:tplc="04250003" w:tentative="1">
      <w:start w:val="1"/>
      <w:numFmt w:val="bullet"/>
      <w:lvlText w:val="o"/>
      <w:lvlJc w:val="left"/>
      <w:pPr>
        <w:ind w:left="5760" w:hanging="360"/>
      </w:pPr>
      <w:rPr>
        <w:rFonts w:hint="default" w:ascii="Courier New" w:hAnsi="Courier New" w:cs="Courier New"/>
      </w:rPr>
    </w:lvl>
    <w:lvl w:ilvl="8" w:tplc="04250005" w:tentative="1">
      <w:start w:val="1"/>
      <w:numFmt w:val="bullet"/>
      <w:lvlText w:val=""/>
      <w:lvlJc w:val="left"/>
      <w:pPr>
        <w:ind w:left="6480" w:hanging="360"/>
      </w:pPr>
      <w:rPr>
        <w:rFonts w:hint="default" w:ascii="Wingdings" w:hAnsi="Wingdings"/>
      </w:rPr>
    </w:lvl>
  </w:abstractNum>
  <w:abstractNum w:abstractNumId="24" w15:restartNumberingAfterBreak="0">
    <w:nsid w:val="4F8555D9"/>
    <w:multiLevelType w:val="hybridMultilevel"/>
    <w:tmpl w:val="413265DC"/>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510031E0"/>
    <w:multiLevelType w:val="hybridMultilevel"/>
    <w:tmpl w:val="37DA115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520B2425"/>
    <w:multiLevelType w:val="hybridMultilevel"/>
    <w:tmpl w:val="A9163754"/>
    <w:lvl w:ilvl="0" w:tplc="04250017">
      <w:start w:val="1"/>
      <w:numFmt w:val="lowerLetter"/>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15:restartNumberingAfterBreak="0">
    <w:nsid w:val="5B743C97"/>
    <w:multiLevelType w:val="multilevel"/>
    <w:tmpl w:val="6B9830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62D714A1"/>
    <w:multiLevelType w:val="multilevel"/>
    <w:tmpl w:val="256A9B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65DA2EA5"/>
    <w:multiLevelType w:val="hybridMultilevel"/>
    <w:tmpl w:val="B46079AC"/>
    <w:lvl w:ilvl="0" w:tplc="0425000F">
      <w:start w:val="3"/>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0" w15:restartNumberingAfterBreak="0">
    <w:nsid w:val="74D14C79"/>
    <w:multiLevelType w:val="multilevel"/>
    <w:tmpl w:val="0324F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A086780"/>
    <w:multiLevelType w:val="multilevel"/>
    <w:tmpl w:val="CB5AAF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B3C0080"/>
    <w:multiLevelType w:val="hybridMultilevel"/>
    <w:tmpl w:val="AD1224E0"/>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36">
    <w:abstractNumId w:val="33"/>
  </w:num>
  <w:num w:numId="1" w16cid:durableId="1602910145">
    <w:abstractNumId w:val="8"/>
  </w:num>
  <w:num w:numId="2" w16cid:durableId="193350818">
    <w:abstractNumId w:val="6"/>
  </w:num>
  <w:num w:numId="3" w16cid:durableId="2103603598">
    <w:abstractNumId w:val="5"/>
  </w:num>
  <w:num w:numId="4" w16cid:durableId="1669214047">
    <w:abstractNumId w:val="4"/>
  </w:num>
  <w:num w:numId="5" w16cid:durableId="556622484">
    <w:abstractNumId w:val="7"/>
  </w:num>
  <w:num w:numId="6" w16cid:durableId="1833330531">
    <w:abstractNumId w:val="3"/>
  </w:num>
  <w:num w:numId="7" w16cid:durableId="681861355">
    <w:abstractNumId w:val="2"/>
  </w:num>
  <w:num w:numId="8" w16cid:durableId="101728326">
    <w:abstractNumId w:val="1"/>
  </w:num>
  <w:num w:numId="9" w16cid:durableId="1722169470">
    <w:abstractNumId w:val="0"/>
  </w:num>
  <w:num w:numId="10" w16cid:durableId="1476338364">
    <w:abstractNumId w:val="24"/>
  </w:num>
  <w:num w:numId="11" w16cid:durableId="386563863">
    <w:abstractNumId w:val="13"/>
  </w:num>
  <w:num w:numId="12" w16cid:durableId="1999647967">
    <w:abstractNumId w:val="32"/>
  </w:num>
  <w:num w:numId="13" w16cid:durableId="1114323222">
    <w:abstractNumId w:val="17"/>
  </w:num>
  <w:num w:numId="14" w16cid:durableId="1786195031">
    <w:abstractNumId w:val="23"/>
  </w:num>
  <w:num w:numId="15" w16cid:durableId="252593116">
    <w:abstractNumId w:val="11"/>
  </w:num>
  <w:num w:numId="16" w16cid:durableId="681861956">
    <w:abstractNumId w:val="10"/>
  </w:num>
  <w:num w:numId="17" w16cid:durableId="1723406292">
    <w:abstractNumId w:val="26"/>
  </w:num>
  <w:num w:numId="18" w16cid:durableId="1740011615">
    <w:abstractNumId w:val="15"/>
  </w:num>
  <w:num w:numId="19" w16cid:durableId="1215772956">
    <w:abstractNumId w:val="25"/>
  </w:num>
  <w:num w:numId="20" w16cid:durableId="554705673">
    <w:abstractNumId w:val="20"/>
  </w:num>
  <w:num w:numId="21" w16cid:durableId="1466702791">
    <w:abstractNumId w:val="16"/>
  </w:num>
  <w:num w:numId="22" w16cid:durableId="541291140">
    <w:abstractNumId w:val="9"/>
  </w:num>
  <w:num w:numId="23" w16cid:durableId="1939560562">
    <w:abstractNumId w:val="21"/>
  </w:num>
  <w:num w:numId="24" w16cid:durableId="924263055">
    <w:abstractNumId w:val="7"/>
  </w:num>
  <w:num w:numId="25" w16cid:durableId="1181506853">
    <w:abstractNumId w:val="7"/>
  </w:num>
  <w:num w:numId="26" w16cid:durableId="1434469648">
    <w:abstractNumId w:val="31"/>
  </w:num>
  <w:num w:numId="27" w16cid:durableId="1092244532">
    <w:abstractNumId w:val="19"/>
  </w:num>
  <w:num w:numId="28" w16cid:durableId="1645968509">
    <w:abstractNumId w:val="14"/>
  </w:num>
  <w:num w:numId="29" w16cid:durableId="127746865">
    <w:abstractNumId w:val="22"/>
  </w:num>
  <w:num w:numId="30" w16cid:durableId="1139109132">
    <w:abstractNumId w:val="18"/>
  </w:num>
  <w:num w:numId="31" w16cid:durableId="1442190082">
    <w:abstractNumId w:val="29"/>
  </w:num>
  <w:num w:numId="32" w16cid:durableId="2134593058">
    <w:abstractNumId w:val="30"/>
  </w:num>
  <w:num w:numId="33" w16cid:durableId="2104497078">
    <w:abstractNumId w:val="12"/>
  </w:num>
  <w:num w:numId="34" w16cid:durableId="2133590154">
    <w:abstractNumId w:val="27"/>
  </w:num>
  <w:num w:numId="35" w16cid:durableId="150269549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FDF"/>
    <w:rsid w:val="00034616"/>
    <w:rsid w:val="00051A8F"/>
    <w:rsid w:val="0006063C"/>
    <w:rsid w:val="000B0886"/>
    <w:rsid w:val="000E3750"/>
    <w:rsid w:val="000E5556"/>
    <w:rsid w:val="000E6658"/>
    <w:rsid w:val="00112F4A"/>
    <w:rsid w:val="0012620E"/>
    <w:rsid w:val="0015074B"/>
    <w:rsid w:val="00167B64"/>
    <w:rsid w:val="00183F69"/>
    <w:rsid w:val="00186E7D"/>
    <w:rsid w:val="001916B5"/>
    <w:rsid w:val="001970A3"/>
    <w:rsid w:val="001B0FBA"/>
    <w:rsid w:val="001B3AD7"/>
    <w:rsid w:val="001C247A"/>
    <w:rsid w:val="001E47C6"/>
    <w:rsid w:val="001F14E1"/>
    <w:rsid w:val="00210A16"/>
    <w:rsid w:val="0021703C"/>
    <w:rsid w:val="0021719A"/>
    <w:rsid w:val="00270087"/>
    <w:rsid w:val="00272C44"/>
    <w:rsid w:val="00292690"/>
    <w:rsid w:val="0029639D"/>
    <w:rsid w:val="002A6CB9"/>
    <w:rsid w:val="002B0629"/>
    <w:rsid w:val="002D558A"/>
    <w:rsid w:val="002E14A9"/>
    <w:rsid w:val="002F5ED2"/>
    <w:rsid w:val="002F6856"/>
    <w:rsid w:val="00320E88"/>
    <w:rsid w:val="00325B22"/>
    <w:rsid w:val="00326F90"/>
    <w:rsid w:val="00327FCB"/>
    <w:rsid w:val="00346014"/>
    <w:rsid w:val="00376169"/>
    <w:rsid w:val="003866F6"/>
    <w:rsid w:val="003A56B7"/>
    <w:rsid w:val="003A6C38"/>
    <w:rsid w:val="003D413C"/>
    <w:rsid w:val="003D42B2"/>
    <w:rsid w:val="003F0DA8"/>
    <w:rsid w:val="003F5E5A"/>
    <w:rsid w:val="0042645F"/>
    <w:rsid w:val="004421B7"/>
    <w:rsid w:val="00462E01"/>
    <w:rsid w:val="004876DF"/>
    <w:rsid w:val="004B46D9"/>
    <w:rsid w:val="004C1099"/>
    <w:rsid w:val="004D40FD"/>
    <w:rsid w:val="004F2C44"/>
    <w:rsid w:val="00525F42"/>
    <w:rsid w:val="005368D0"/>
    <w:rsid w:val="005459D9"/>
    <w:rsid w:val="00550FC4"/>
    <w:rsid w:val="005600B5"/>
    <w:rsid w:val="00586002"/>
    <w:rsid w:val="005A3CB9"/>
    <w:rsid w:val="005B6C3D"/>
    <w:rsid w:val="005E255F"/>
    <w:rsid w:val="005F3378"/>
    <w:rsid w:val="00605683"/>
    <w:rsid w:val="0062723C"/>
    <w:rsid w:val="00642C2B"/>
    <w:rsid w:val="00657ADD"/>
    <w:rsid w:val="0066137C"/>
    <w:rsid w:val="00664E7D"/>
    <w:rsid w:val="00672109"/>
    <w:rsid w:val="00677AD7"/>
    <w:rsid w:val="00683C4D"/>
    <w:rsid w:val="00694048"/>
    <w:rsid w:val="006A5510"/>
    <w:rsid w:val="006B7A57"/>
    <w:rsid w:val="006E1074"/>
    <w:rsid w:val="006F540D"/>
    <w:rsid w:val="00704EA4"/>
    <w:rsid w:val="00725F99"/>
    <w:rsid w:val="00755E08"/>
    <w:rsid w:val="00757CD0"/>
    <w:rsid w:val="00794BB4"/>
    <w:rsid w:val="007B11A3"/>
    <w:rsid w:val="007C5ACA"/>
    <w:rsid w:val="007C7B57"/>
    <w:rsid w:val="007D069D"/>
    <w:rsid w:val="007E282A"/>
    <w:rsid w:val="007F0FBC"/>
    <w:rsid w:val="007F19D0"/>
    <w:rsid w:val="008014C0"/>
    <w:rsid w:val="00803E57"/>
    <w:rsid w:val="00823642"/>
    <w:rsid w:val="00825F0A"/>
    <w:rsid w:val="0085151D"/>
    <w:rsid w:val="00865346"/>
    <w:rsid w:val="00870AE6"/>
    <w:rsid w:val="008943C1"/>
    <w:rsid w:val="008963DD"/>
    <w:rsid w:val="008A2DF8"/>
    <w:rsid w:val="008A56A8"/>
    <w:rsid w:val="008B5CBE"/>
    <w:rsid w:val="00922CE5"/>
    <w:rsid w:val="00944F90"/>
    <w:rsid w:val="00954521"/>
    <w:rsid w:val="00955CFD"/>
    <w:rsid w:val="009E187A"/>
    <w:rsid w:val="009E493A"/>
    <w:rsid w:val="00A126E6"/>
    <w:rsid w:val="00A71B77"/>
    <w:rsid w:val="00A77B39"/>
    <w:rsid w:val="00A95AD4"/>
    <w:rsid w:val="00AA1D8D"/>
    <w:rsid w:val="00AB5AF2"/>
    <w:rsid w:val="00AB6DAA"/>
    <w:rsid w:val="00AD209C"/>
    <w:rsid w:val="00AD6AF2"/>
    <w:rsid w:val="00AE731D"/>
    <w:rsid w:val="00B41618"/>
    <w:rsid w:val="00B47730"/>
    <w:rsid w:val="00B50505"/>
    <w:rsid w:val="00B512AD"/>
    <w:rsid w:val="00B739DA"/>
    <w:rsid w:val="00B8208E"/>
    <w:rsid w:val="00BB37D2"/>
    <w:rsid w:val="00BB4CF6"/>
    <w:rsid w:val="00BF18A2"/>
    <w:rsid w:val="00C0024A"/>
    <w:rsid w:val="00C20D40"/>
    <w:rsid w:val="00C2703D"/>
    <w:rsid w:val="00C419C1"/>
    <w:rsid w:val="00C612F4"/>
    <w:rsid w:val="00C64F66"/>
    <w:rsid w:val="00C6514E"/>
    <w:rsid w:val="00C83676"/>
    <w:rsid w:val="00C87A96"/>
    <w:rsid w:val="00C92258"/>
    <w:rsid w:val="00C929B5"/>
    <w:rsid w:val="00CA04C5"/>
    <w:rsid w:val="00CB0664"/>
    <w:rsid w:val="00CE2A36"/>
    <w:rsid w:val="00CE7E50"/>
    <w:rsid w:val="00D06A72"/>
    <w:rsid w:val="00D22C81"/>
    <w:rsid w:val="00D2B34E"/>
    <w:rsid w:val="00D52E10"/>
    <w:rsid w:val="00D97BD7"/>
    <w:rsid w:val="00DA6C2E"/>
    <w:rsid w:val="00DB3A25"/>
    <w:rsid w:val="00DD0DC1"/>
    <w:rsid w:val="00DE15DD"/>
    <w:rsid w:val="00DF50FE"/>
    <w:rsid w:val="00E21798"/>
    <w:rsid w:val="00E40118"/>
    <w:rsid w:val="00E532D1"/>
    <w:rsid w:val="00E558A1"/>
    <w:rsid w:val="00E81ACC"/>
    <w:rsid w:val="00E8646A"/>
    <w:rsid w:val="00E86E69"/>
    <w:rsid w:val="00E87BCB"/>
    <w:rsid w:val="00EA0CE8"/>
    <w:rsid w:val="00EA4498"/>
    <w:rsid w:val="00EB02DC"/>
    <w:rsid w:val="00EC7773"/>
    <w:rsid w:val="00ED1E51"/>
    <w:rsid w:val="00EE7861"/>
    <w:rsid w:val="00EF784A"/>
    <w:rsid w:val="00F01260"/>
    <w:rsid w:val="00F03D00"/>
    <w:rsid w:val="00F076C0"/>
    <w:rsid w:val="00F325AE"/>
    <w:rsid w:val="00F5155F"/>
    <w:rsid w:val="00F60D3C"/>
    <w:rsid w:val="00F83688"/>
    <w:rsid w:val="00FB245F"/>
    <w:rsid w:val="00FB267A"/>
    <w:rsid w:val="00FC2196"/>
    <w:rsid w:val="00FC693F"/>
    <w:rsid w:val="00FC6CCE"/>
    <w:rsid w:val="00FD16E6"/>
    <w:rsid w:val="00FD37B5"/>
    <w:rsid w:val="00FD501B"/>
    <w:rsid w:val="00FE2421"/>
    <w:rsid w:val="01DCE7A9"/>
    <w:rsid w:val="05493B14"/>
    <w:rsid w:val="08D3719B"/>
    <w:rsid w:val="0D6F8016"/>
    <w:rsid w:val="0DE0D972"/>
    <w:rsid w:val="11E33348"/>
    <w:rsid w:val="14DA2140"/>
    <w:rsid w:val="17BE8AB3"/>
    <w:rsid w:val="1B64B066"/>
    <w:rsid w:val="1CC9D839"/>
    <w:rsid w:val="1FFA0D1D"/>
    <w:rsid w:val="20381C60"/>
    <w:rsid w:val="26AC84DB"/>
    <w:rsid w:val="2C583E18"/>
    <w:rsid w:val="2E44BF43"/>
    <w:rsid w:val="308DE4B3"/>
    <w:rsid w:val="31716E82"/>
    <w:rsid w:val="31EE4B84"/>
    <w:rsid w:val="34698489"/>
    <w:rsid w:val="3955D3EA"/>
    <w:rsid w:val="3A2BAAD8"/>
    <w:rsid w:val="40D4EA99"/>
    <w:rsid w:val="4285C5C1"/>
    <w:rsid w:val="471CF369"/>
    <w:rsid w:val="48C960DB"/>
    <w:rsid w:val="4C346B86"/>
    <w:rsid w:val="4F97AB28"/>
    <w:rsid w:val="51B9B7CB"/>
    <w:rsid w:val="53E5F678"/>
    <w:rsid w:val="54CDBC09"/>
    <w:rsid w:val="5606CB5C"/>
    <w:rsid w:val="5756E477"/>
    <w:rsid w:val="59395D47"/>
    <w:rsid w:val="59CFD11B"/>
    <w:rsid w:val="5FFC5164"/>
    <w:rsid w:val="65F81DEC"/>
    <w:rsid w:val="6AD45AD3"/>
    <w:rsid w:val="6BFB6342"/>
    <w:rsid w:val="719881EA"/>
    <w:rsid w:val="7326D5AB"/>
    <w:rsid w:val="75B0401D"/>
    <w:rsid w:val="785E0776"/>
    <w:rsid w:val="7AE03DAF"/>
    <w:rsid w:val="7BC672E8"/>
    <w:rsid w:val="7C9E62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277694"/>
  <w14:defaultImageDpi w14:val="300"/>
  <w15:docId w15:val="{BAEFD5E4-125F-42E7-BAB7-D9E7784CF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allaad" w:default="1">
    <w:name w:val="Normal"/>
    <w:qFormat/>
    <w:rsid w:val="00FC693F"/>
    <w:pPr>
      <w:spacing w:after="100" w:line="259" w:lineRule="auto"/>
    </w:pPr>
    <w:rPr>
      <w:rFonts w:ascii="Aptos" w:hAnsi="Aptos"/>
      <w:sz w:val="21"/>
    </w:rPr>
  </w:style>
  <w:style w:type="paragraph" w:styleId="Pealkiri1">
    <w:name w:val="heading 1"/>
    <w:basedOn w:val="Normaallaad"/>
    <w:next w:val="Normaallaad"/>
    <w:link w:val="Pealkiri1Mrk"/>
    <w:uiPriority w:val="9"/>
    <w:qFormat/>
    <w:rsid w:val="00FC693F"/>
    <w:pPr>
      <w:keepNext/>
      <w:keepLines/>
      <w:spacing w:before="200"/>
      <w:outlineLvl w:val="0"/>
    </w:pPr>
    <w:rPr>
      <w:rFonts w:asciiTheme="majorHAnsi" w:hAnsiTheme="majorHAnsi" w:eastAsiaTheme="majorEastAsia" w:cstheme="majorBidi"/>
      <w:b/>
      <w:bCs/>
      <w:color w:val="365F91" w:themeColor="accent1" w:themeShade="BF"/>
      <w:sz w:val="26"/>
      <w:szCs w:val="28"/>
    </w:rPr>
  </w:style>
  <w:style w:type="paragraph" w:styleId="Pealkiri2">
    <w:name w:val="heading 2"/>
    <w:basedOn w:val="Normaallaad"/>
    <w:next w:val="Normaallaad"/>
    <w:link w:val="Pealkiri2Mrk"/>
    <w:uiPriority w:val="9"/>
    <w:unhideWhenUsed/>
    <w:qFormat/>
    <w:rsid w:val="00FC693F"/>
    <w:pPr>
      <w:keepNext/>
      <w:keepLines/>
      <w:spacing w:before="200"/>
      <w:outlineLvl w:val="1"/>
    </w:pPr>
    <w:rPr>
      <w:rFonts w:asciiTheme="majorHAnsi" w:hAnsiTheme="majorHAnsi" w:eastAsiaTheme="majorEastAsia" w:cstheme="majorBidi"/>
      <w:b/>
      <w:bCs/>
      <w:color w:val="4F81BD" w:themeColor="accent1"/>
      <w:sz w:val="23"/>
      <w:szCs w:val="26"/>
    </w:rPr>
  </w:style>
  <w:style w:type="paragraph" w:styleId="Pealkiri3">
    <w:name w:val="heading 3"/>
    <w:basedOn w:val="Normaallaad"/>
    <w:next w:val="Normaallaad"/>
    <w:link w:val="Pealkiri3Mrk"/>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Pealkiri4">
    <w:name w:val="heading 4"/>
    <w:basedOn w:val="Normaallaad"/>
    <w:next w:val="Normaallaad"/>
    <w:link w:val="Pealkiri4Mrk"/>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Pealkiri5">
    <w:name w:val="heading 5"/>
    <w:basedOn w:val="Normaallaad"/>
    <w:next w:val="Normaallaad"/>
    <w:link w:val="Pealkiri5Mrk"/>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Pealkiri6">
    <w:name w:val="heading 6"/>
    <w:basedOn w:val="Normaallaad"/>
    <w:next w:val="Normaallaad"/>
    <w:link w:val="Pealkiri6Mrk"/>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Pealkiri7">
    <w:name w:val="heading 7"/>
    <w:basedOn w:val="Normaallaad"/>
    <w:next w:val="Normaallaad"/>
    <w:link w:val="Pealkiri7Mrk"/>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Pealkiri8">
    <w:name w:val="heading 8"/>
    <w:basedOn w:val="Normaallaad"/>
    <w:next w:val="Normaallaad"/>
    <w:link w:val="Pealkiri8Mrk"/>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Pealkiri9">
    <w:name w:val="heading 9"/>
    <w:basedOn w:val="Normaallaad"/>
    <w:next w:val="Normaallaad"/>
    <w:link w:val="Pealkiri9Mrk"/>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Liguvaikefont" w:default="1">
    <w:name w:val="Default Paragraph Font"/>
    <w:uiPriority w:val="1"/>
    <w:semiHidden/>
    <w:unhideWhenUsed/>
  </w:style>
  <w:style w:type="table" w:styleId="Normaaltabel" w:default="1">
    <w:name w:val="Normal Table"/>
    <w:uiPriority w:val="99"/>
    <w:semiHidden/>
    <w:unhideWhenUsed/>
    <w:tblPr>
      <w:tblInd w:w="0" w:type="dxa"/>
      <w:tblCellMar>
        <w:top w:w="0" w:type="dxa"/>
        <w:left w:w="108" w:type="dxa"/>
        <w:bottom w:w="0" w:type="dxa"/>
        <w:right w:w="108" w:type="dxa"/>
      </w:tblCellMar>
    </w:tblPr>
  </w:style>
  <w:style w:type="numbering" w:styleId="Loendita" w:default="1">
    <w:name w:val="No List"/>
    <w:uiPriority w:val="99"/>
    <w:semiHidden/>
    <w:unhideWhenUsed/>
  </w:style>
  <w:style w:type="paragraph" w:styleId="Pis">
    <w:name w:val="header"/>
    <w:basedOn w:val="Normaallaad"/>
    <w:link w:val="PisMrk"/>
    <w:uiPriority w:val="99"/>
    <w:unhideWhenUsed/>
    <w:rsid w:val="00E618BF"/>
    <w:pPr>
      <w:tabs>
        <w:tab w:val="center" w:pos="4680"/>
        <w:tab w:val="right" w:pos="9360"/>
      </w:tabs>
      <w:spacing w:after="0" w:line="240" w:lineRule="auto"/>
    </w:pPr>
  </w:style>
  <w:style w:type="character" w:styleId="PisMrk" w:customStyle="1">
    <w:name w:val="Päis Märk"/>
    <w:basedOn w:val="Liguvaikefont"/>
    <w:link w:val="Pis"/>
    <w:uiPriority w:val="99"/>
    <w:rsid w:val="00E618BF"/>
  </w:style>
  <w:style w:type="paragraph" w:styleId="Jalus">
    <w:name w:val="footer"/>
    <w:basedOn w:val="Normaallaad"/>
    <w:link w:val="JalusMrk"/>
    <w:uiPriority w:val="99"/>
    <w:unhideWhenUsed/>
    <w:rsid w:val="00E618BF"/>
    <w:pPr>
      <w:tabs>
        <w:tab w:val="center" w:pos="4680"/>
        <w:tab w:val="right" w:pos="9360"/>
      </w:tabs>
      <w:spacing w:after="0" w:line="240" w:lineRule="auto"/>
    </w:pPr>
  </w:style>
  <w:style w:type="character" w:styleId="JalusMrk" w:customStyle="1">
    <w:name w:val="Jalus Märk"/>
    <w:basedOn w:val="Liguvaikefont"/>
    <w:link w:val="Jalus"/>
    <w:uiPriority w:val="99"/>
    <w:rsid w:val="00E618BF"/>
  </w:style>
  <w:style w:type="paragraph" w:styleId="Vahedeta">
    <w:name w:val="No Spacing"/>
    <w:uiPriority w:val="1"/>
    <w:qFormat/>
    <w:rsid w:val="00FC693F"/>
    <w:pPr>
      <w:spacing w:after="0" w:line="240" w:lineRule="auto"/>
    </w:pPr>
  </w:style>
  <w:style w:type="character" w:styleId="Pealkiri1Mrk" w:customStyle="1">
    <w:name w:val="Pealkiri 1 Märk"/>
    <w:basedOn w:val="Liguvaikefont"/>
    <w:link w:val="Pealkiri1"/>
    <w:uiPriority w:val="9"/>
    <w:rsid w:val="00FC693F"/>
    <w:rPr>
      <w:rFonts w:asciiTheme="majorHAnsi" w:hAnsiTheme="majorHAnsi" w:eastAsiaTheme="majorEastAsia" w:cstheme="majorBidi"/>
      <w:b/>
      <w:bCs/>
      <w:color w:val="365F91" w:themeColor="accent1" w:themeShade="BF"/>
      <w:sz w:val="28"/>
      <w:szCs w:val="28"/>
    </w:rPr>
  </w:style>
  <w:style w:type="character" w:styleId="Pealkiri2Mrk" w:customStyle="1">
    <w:name w:val="Pealkiri 2 Märk"/>
    <w:basedOn w:val="Liguvaikefont"/>
    <w:link w:val="Pealkiri2"/>
    <w:uiPriority w:val="9"/>
    <w:rsid w:val="00FC693F"/>
    <w:rPr>
      <w:rFonts w:asciiTheme="majorHAnsi" w:hAnsiTheme="majorHAnsi" w:eastAsiaTheme="majorEastAsia" w:cstheme="majorBidi"/>
      <w:b/>
      <w:bCs/>
      <w:color w:val="4F81BD" w:themeColor="accent1"/>
      <w:sz w:val="26"/>
      <w:szCs w:val="26"/>
    </w:rPr>
  </w:style>
  <w:style w:type="character" w:styleId="Pealkiri3Mrk" w:customStyle="1">
    <w:name w:val="Pealkiri 3 Märk"/>
    <w:basedOn w:val="Liguvaikefont"/>
    <w:link w:val="Pealkiri3"/>
    <w:uiPriority w:val="9"/>
    <w:rsid w:val="00FC693F"/>
    <w:rPr>
      <w:rFonts w:asciiTheme="majorHAnsi" w:hAnsiTheme="majorHAnsi" w:eastAsiaTheme="majorEastAsia" w:cstheme="majorBidi"/>
      <w:b/>
      <w:bCs/>
      <w:color w:val="4F81BD" w:themeColor="accent1"/>
    </w:rPr>
  </w:style>
  <w:style w:type="paragraph" w:styleId="Pealkiri">
    <w:name w:val="Title"/>
    <w:basedOn w:val="Normaallaad"/>
    <w:next w:val="Normaallaad"/>
    <w:link w:val="PealkiriMrk"/>
    <w:uiPriority w:val="10"/>
    <w:qFormat/>
    <w:rsid w:val="00FC693F"/>
    <w:pPr>
      <w:pBdr>
        <w:bottom w:val="single" w:color="4F81BD" w:themeColor="accent1" w:sz="8" w:space="4"/>
      </w:pBdr>
      <w:spacing w:before="200" w:line="240" w:lineRule="auto"/>
      <w:contextualSpacing/>
    </w:pPr>
    <w:rPr>
      <w:rFonts w:asciiTheme="majorHAnsi" w:hAnsiTheme="majorHAnsi" w:eastAsiaTheme="majorEastAsia" w:cstheme="majorBidi"/>
      <w:b/>
      <w:color w:val="17365D" w:themeColor="text2" w:themeShade="BF"/>
      <w:spacing w:val="5"/>
      <w:kern w:val="28"/>
      <w:sz w:val="32"/>
      <w:szCs w:val="52"/>
    </w:rPr>
  </w:style>
  <w:style w:type="character" w:styleId="PealkiriMrk" w:customStyle="1">
    <w:name w:val="Pealkiri Märk"/>
    <w:basedOn w:val="Liguvaikefont"/>
    <w:link w:val="Pealkiri"/>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Alapealkiri">
    <w:name w:val="Subtitle"/>
    <w:basedOn w:val="Normaallaad"/>
    <w:next w:val="Normaallaad"/>
    <w:link w:val="AlapealkiriMrk"/>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AlapealkiriMrk" w:customStyle="1">
    <w:name w:val="Alapealkiri Märk"/>
    <w:basedOn w:val="Liguvaikefont"/>
    <w:link w:val="Alapealkiri"/>
    <w:uiPriority w:val="11"/>
    <w:rsid w:val="00FC693F"/>
    <w:rPr>
      <w:rFonts w:asciiTheme="majorHAnsi" w:hAnsiTheme="majorHAnsi" w:eastAsiaTheme="majorEastAsia" w:cstheme="majorBidi"/>
      <w:i/>
      <w:iCs/>
      <w:color w:val="4F81BD" w:themeColor="accent1"/>
      <w:spacing w:val="15"/>
      <w:sz w:val="24"/>
      <w:szCs w:val="24"/>
    </w:rPr>
  </w:style>
  <w:style w:type="paragraph" w:styleId="Loendilik">
    <w:name w:val="List Paragraph"/>
    <w:basedOn w:val="Normaallaad"/>
    <w:uiPriority w:val="34"/>
    <w:qFormat/>
    <w:rsid w:val="00FC693F"/>
    <w:pPr>
      <w:ind w:left="720"/>
      <w:contextualSpacing/>
    </w:pPr>
  </w:style>
  <w:style w:type="paragraph" w:styleId="Kehatekst">
    <w:name w:val="Body Text"/>
    <w:basedOn w:val="Normaallaad"/>
    <w:link w:val="KehatekstMrk"/>
    <w:uiPriority w:val="99"/>
    <w:unhideWhenUsed/>
    <w:rsid w:val="00AA1D8D"/>
    <w:pPr>
      <w:spacing w:after="120"/>
    </w:pPr>
  </w:style>
  <w:style w:type="character" w:styleId="KehatekstMrk" w:customStyle="1">
    <w:name w:val="Kehatekst Märk"/>
    <w:basedOn w:val="Liguvaikefont"/>
    <w:link w:val="Kehatekst"/>
    <w:uiPriority w:val="99"/>
    <w:rsid w:val="00AA1D8D"/>
  </w:style>
  <w:style w:type="paragraph" w:styleId="Kehatekst2">
    <w:name w:val="Body Text 2"/>
    <w:basedOn w:val="Normaallaad"/>
    <w:link w:val="Kehatekst2Mrk"/>
    <w:uiPriority w:val="99"/>
    <w:unhideWhenUsed/>
    <w:rsid w:val="00AA1D8D"/>
    <w:pPr>
      <w:spacing w:after="120" w:line="480" w:lineRule="auto"/>
    </w:pPr>
  </w:style>
  <w:style w:type="character" w:styleId="Kehatekst2Mrk" w:customStyle="1">
    <w:name w:val="Kehatekst 2 Märk"/>
    <w:basedOn w:val="Liguvaikefont"/>
    <w:link w:val="Kehatekst2"/>
    <w:uiPriority w:val="99"/>
    <w:rsid w:val="00AA1D8D"/>
  </w:style>
  <w:style w:type="paragraph" w:styleId="Kehatekst3">
    <w:name w:val="Body Text 3"/>
    <w:basedOn w:val="Normaallaad"/>
    <w:link w:val="Kehatekst3Mrk"/>
    <w:uiPriority w:val="99"/>
    <w:unhideWhenUsed/>
    <w:rsid w:val="00AA1D8D"/>
    <w:pPr>
      <w:spacing w:after="120"/>
    </w:pPr>
    <w:rPr>
      <w:sz w:val="16"/>
      <w:szCs w:val="16"/>
    </w:rPr>
  </w:style>
  <w:style w:type="character" w:styleId="Kehatekst3Mrk" w:customStyle="1">
    <w:name w:val="Kehatekst 3 Märk"/>
    <w:basedOn w:val="Liguvaikefont"/>
    <w:link w:val="Kehatekst3"/>
    <w:uiPriority w:val="99"/>
    <w:rsid w:val="00AA1D8D"/>
    <w:rPr>
      <w:sz w:val="16"/>
      <w:szCs w:val="16"/>
    </w:rPr>
  </w:style>
  <w:style w:type="paragraph" w:styleId="Loend">
    <w:name w:val="List"/>
    <w:basedOn w:val="Normaallaad"/>
    <w:uiPriority w:val="99"/>
    <w:unhideWhenUsed/>
    <w:rsid w:val="00AA1D8D"/>
    <w:pPr>
      <w:ind w:left="360" w:hanging="360"/>
      <w:contextualSpacing/>
    </w:pPr>
  </w:style>
  <w:style w:type="paragraph" w:styleId="Loend2">
    <w:name w:val="List 2"/>
    <w:basedOn w:val="Normaallaad"/>
    <w:uiPriority w:val="99"/>
    <w:unhideWhenUsed/>
    <w:rsid w:val="00326F90"/>
    <w:pPr>
      <w:ind w:left="720" w:hanging="360"/>
      <w:contextualSpacing/>
    </w:pPr>
  </w:style>
  <w:style w:type="paragraph" w:styleId="Loend3">
    <w:name w:val="List 3"/>
    <w:basedOn w:val="Normaallaad"/>
    <w:uiPriority w:val="99"/>
    <w:unhideWhenUsed/>
    <w:rsid w:val="00326F90"/>
    <w:pPr>
      <w:ind w:left="1080" w:hanging="360"/>
      <w:contextualSpacing/>
    </w:pPr>
  </w:style>
  <w:style w:type="paragraph" w:styleId="Loenditpp">
    <w:name w:val="List Bullet"/>
    <w:basedOn w:val="Normaallaad"/>
    <w:uiPriority w:val="99"/>
    <w:unhideWhenUsed/>
    <w:rsid w:val="00326F90"/>
    <w:pPr>
      <w:numPr>
        <w:numId w:val="1"/>
      </w:numPr>
      <w:contextualSpacing/>
    </w:pPr>
  </w:style>
  <w:style w:type="paragraph" w:styleId="Loenditpp2">
    <w:name w:val="List Bullet 2"/>
    <w:basedOn w:val="Normaallaad"/>
    <w:uiPriority w:val="99"/>
    <w:unhideWhenUsed/>
    <w:rsid w:val="00326F90"/>
    <w:pPr>
      <w:numPr>
        <w:numId w:val="2"/>
      </w:numPr>
      <w:contextualSpacing/>
    </w:pPr>
  </w:style>
  <w:style w:type="paragraph" w:styleId="Loenditpp3">
    <w:name w:val="List Bullet 3"/>
    <w:basedOn w:val="Normaallaad"/>
    <w:uiPriority w:val="99"/>
    <w:unhideWhenUsed/>
    <w:rsid w:val="00326F90"/>
    <w:pPr>
      <w:numPr>
        <w:numId w:val="3"/>
      </w:numPr>
      <w:contextualSpacing/>
    </w:pPr>
  </w:style>
  <w:style w:type="paragraph" w:styleId="Loendinumber">
    <w:name w:val="List Number"/>
    <w:basedOn w:val="Normaallaad"/>
    <w:uiPriority w:val="99"/>
    <w:unhideWhenUsed/>
    <w:rsid w:val="00326F90"/>
    <w:pPr>
      <w:numPr>
        <w:numId w:val="5"/>
      </w:numPr>
      <w:contextualSpacing/>
    </w:pPr>
  </w:style>
  <w:style w:type="paragraph" w:styleId="Loendinumber2">
    <w:name w:val="List Number 2"/>
    <w:basedOn w:val="Normaallaad"/>
    <w:uiPriority w:val="99"/>
    <w:unhideWhenUsed/>
    <w:rsid w:val="0029639D"/>
    <w:pPr>
      <w:numPr>
        <w:numId w:val="6"/>
      </w:numPr>
      <w:contextualSpacing/>
    </w:pPr>
  </w:style>
  <w:style w:type="paragraph" w:styleId="Loendinumber3">
    <w:name w:val="List Number 3"/>
    <w:basedOn w:val="Normaallaad"/>
    <w:uiPriority w:val="99"/>
    <w:unhideWhenUsed/>
    <w:rsid w:val="0029639D"/>
    <w:pPr>
      <w:numPr>
        <w:numId w:val="7"/>
      </w:numPr>
      <w:contextualSpacing/>
    </w:pPr>
  </w:style>
  <w:style w:type="paragraph" w:styleId="Loendijtk">
    <w:name w:val="List Continue"/>
    <w:basedOn w:val="Normaallaad"/>
    <w:uiPriority w:val="99"/>
    <w:unhideWhenUsed/>
    <w:rsid w:val="0029639D"/>
    <w:pPr>
      <w:spacing w:after="120"/>
      <w:ind w:left="360"/>
      <w:contextualSpacing/>
    </w:pPr>
  </w:style>
  <w:style w:type="paragraph" w:styleId="Loendijtk2">
    <w:name w:val="List Continue 2"/>
    <w:basedOn w:val="Normaallaad"/>
    <w:uiPriority w:val="99"/>
    <w:unhideWhenUsed/>
    <w:rsid w:val="0029639D"/>
    <w:pPr>
      <w:spacing w:after="120"/>
      <w:ind w:left="720"/>
      <w:contextualSpacing/>
    </w:pPr>
  </w:style>
  <w:style w:type="paragraph" w:styleId="Loendijtk3">
    <w:name w:val="List Continue 3"/>
    <w:basedOn w:val="Normaallaad"/>
    <w:uiPriority w:val="99"/>
    <w:unhideWhenUsed/>
    <w:rsid w:val="0029639D"/>
    <w:pPr>
      <w:spacing w:after="120"/>
      <w:ind w:left="1080"/>
      <w:contextualSpacing/>
    </w:pPr>
  </w:style>
  <w:style w:type="paragraph" w:styleId="Makrotekst">
    <w:name w:val="macro"/>
    <w:link w:val="MakrotekstMr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krotekstMrk" w:customStyle="1">
    <w:name w:val="Makrotekst Märk"/>
    <w:basedOn w:val="Liguvaikefont"/>
    <w:link w:val="Makrotekst"/>
    <w:uiPriority w:val="99"/>
    <w:rsid w:val="0029639D"/>
    <w:rPr>
      <w:rFonts w:ascii="Courier" w:hAnsi="Courier"/>
      <w:sz w:val="20"/>
      <w:szCs w:val="20"/>
    </w:rPr>
  </w:style>
  <w:style w:type="paragraph" w:styleId="Tsitaat">
    <w:name w:val="Quote"/>
    <w:basedOn w:val="Normaallaad"/>
    <w:next w:val="Normaallaad"/>
    <w:link w:val="TsitaatMrk"/>
    <w:uiPriority w:val="29"/>
    <w:qFormat/>
    <w:rsid w:val="00FC693F"/>
    <w:rPr>
      <w:i/>
      <w:iCs/>
      <w:color w:val="000000" w:themeColor="text1"/>
    </w:rPr>
  </w:style>
  <w:style w:type="character" w:styleId="TsitaatMrk" w:customStyle="1">
    <w:name w:val="Tsitaat Märk"/>
    <w:basedOn w:val="Liguvaikefont"/>
    <w:link w:val="Tsitaat"/>
    <w:uiPriority w:val="29"/>
    <w:rsid w:val="00FC693F"/>
    <w:rPr>
      <w:i/>
      <w:iCs/>
      <w:color w:val="000000" w:themeColor="text1"/>
    </w:rPr>
  </w:style>
  <w:style w:type="character" w:styleId="Pealkiri4Mrk" w:customStyle="1">
    <w:name w:val="Pealkiri 4 Märk"/>
    <w:basedOn w:val="Liguvaikefont"/>
    <w:link w:val="Pealkiri4"/>
    <w:uiPriority w:val="9"/>
    <w:semiHidden/>
    <w:rsid w:val="00FC693F"/>
    <w:rPr>
      <w:rFonts w:asciiTheme="majorHAnsi" w:hAnsiTheme="majorHAnsi" w:eastAsiaTheme="majorEastAsia" w:cstheme="majorBidi"/>
      <w:b/>
      <w:bCs/>
      <w:i/>
      <w:iCs/>
      <w:color w:val="4F81BD" w:themeColor="accent1"/>
    </w:rPr>
  </w:style>
  <w:style w:type="character" w:styleId="Pealkiri5Mrk" w:customStyle="1">
    <w:name w:val="Pealkiri 5 Märk"/>
    <w:basedOn w:val="Liguvaikefont"/>
    <w:link w:val="Pealkiri5"/>
    <w:uiPriority w:val="9"/>
    <w:semiHidden/>
    <w:rsid w:val="00FC693F"/>
    <w:rPr>
      <w:rFonts w:asciiTheme="majorHAnsi" w:hAnsiTheme="majorHAnsi" w:eastAsiaTheme="majorEastAsia" w:cstheme="majorBidi"/>
      <w:color w:val="243F60" w:themeColor="accent1" w:themeShade="7F"/>
    </w:rPr>
  </w:style>
  <w:style w:type="character" w:styleId="Pealkiri6Mrk" w:customStyle="1">
    <w:name w:val="Pealkiri 6 Märk"/>
    <w:basedOn w:val="Liguvaikefont"/>
    <w:link w:val="Pealkiri6"/>
    <w:uiPriority w:val="9"/>
    <w:semiHidden/>
    <w:rsid w:val="00FC693F"/>
    <w:rPr>
      <w:rFonts w:asciiTheme="majorHAnsi" w:hAnsiTheme="majorHAnsi" w:eastAsiaTheme="majorEastAsia" w:cstheme="majorBidi"/>
      <w:i/>
      <w:iCs/>
      <w:color w:val="243F60" w:themeColor="accent1" w:themeShade="7F"/>
    </w:rPr>
  </w:style>
  <w:style w:type="character" w:styleId="Pealkiri7Mrk" w:customStyle="1">
    <w:name w:val="Pealkiri 7 Märk"/>
    <w:basedOn w:val="Liguvaikefont"/>
    <w:link w:val="Pealkiri7"/>
    <w:uiPriority w:val="9"/>
    <w:semiHidden/>
    <w:rsid w:val="00FC693F"/>
    <w:rPr>
      <w:rFonts w:asciiTheme="majorHAnsi" w:hAnsiTheme="majorHAnsi" w:eastAsiaTheme="majorEastAsia" w:cstheme="majorBidi"/>
      <w:i/>
      <w:iCs/>
      <w:color w:val="404040" w:themeColor="text1" w:themeTint="BF"/>
    </w:rPr>
  </w:style>
  <w:style w:type="character" w:styleId="Pealkiri8Mrk" w:customStyle="1">
    <w:name w:val="Pealkiri 8 Märk"/>
    <w:basedOn w:val="Liguvaikefont"/>
    <w:link w:val="Pealkiri8"/>
    <w:uiPriority w:val="9"/>
    <w:semiHidden/>
    <w:rsid w:val="00FC693F"/>
    <w:rPr>
      <w:rFonts w:asciiTheme="majorHAnsi" w:hAnsiTheme="majorHAnsi" w:eastAsiaTheme="majorEastAsia" w:cstheme="majorBidi"/>
      <w:color w:val="4F81BD" w:themeColor="accent1"/>
      <w:sz w:val="20"/>
      <w:szCs w:val="20"/>
    </w:rPr>
  </w:style>
  <w:style w:type="character" w:styleId="Pealkiri9Mrk" w:customStyle="1">
    <w:name w:val="Pealkiri 9 Märk"/>
    <w:basedOn w:val="Liguvaikefont"/>
    <w:link w:val="Pealkiri9"/>
    <w:uiPriority w:val="9"/>
    <w:semiHidden/>
    <w:rsid w:val="00FC693F"/>
    <w:rPr>
      <w:rFonts w:asciiTheme="majorHAnsi" w:hAnsiTheme="majorHAnsi" w:eastAsiaTheme="majorEastAsia" w:cstheme="majorBidi"/>
      <w:i/>
      <w:iCs/>
      <w:color w:val="404040" w:themeColor="text1" w:themeTint="BF"/>
      <w:sz w:val="20"/>
      <w:szCs w:val="20"/>
    </w:rPr>
  </w:style>
  <w:style w:type="paragraph" w:styleId="Pealdis">
    <w:name w:val="caption"/>
    <w:basedOn w:val="Normaallaad"/>
    <w:next w:val="Normaallaad"/>
    <w:uiPriority w:val="35"/>
    <w:semiHidden/>
    <w:unhideWhenUsed/>
    <w:qFormat/>
    <w:rsid w:val="00FC693F"/>
    <w:pPr>
      <w:spacing w:line="240" w:lineRule="auto"/>
    </w:pPr>
    <w:rPr>
      <w:b/>
      <w:bCs/>
      <w:color w:val="4F81BD" w:themeColor="accent1"/>
      <w:sz w:val="18"/>
      <w:szCs w:val="18"/>
    </w:rPr>
  </w:style>
  <w:style w:type="character" w:styleId="Tugev">
    <w:name w:val="Strong"/>
    <w:basedOn w:val="Liguvaikefont"/>
    <w:uiPriority w:val="22"/>
    <w:qFormat/>
    <w:rsid w:val="00FC693F"/>
    <w:rPr>
      <w:b/>
      <w:bCs/>
    </w:rPr>
  </w:style>
  <w:style w:type="character" w:styleId="Rhutus">
    <w:name w:val="Emphasis"/>
    <w:basedOn w:val="Liguvaikefont"/>
    <w:uiPriority w:val="20"/>
    <w:qFormat/>
    <w:rsid w:val="00FC693F"/>
    <w:rPr>
      <w:i/>
      <w:iCs/>
    </w:rPr>
  </w:style>
  <w:style w:type="paragraph" w:styleId="Selgeltmrgatavtsitaat">
    <w:name w:val="Intense Quote"/>
    <w:basedOn w:val="Normaallaad"/>
    <w:next w:val="Normaallaad"/>
    <w:link w:val="SelgeltmrgatavtsitaatMrk"/>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SelgeltmrgatavtsitaatMrk" w:customStyle="1">
    <w:name w:val="Selgelt märgatav tsitaat Märk"/>
    <w:basedOn w:val="Liguvaikefont"/>
    <w:link w:val="Selgeltmrgatavtsitaat"/>
    <w:uiPriority w:val="30"/>
    <w:rsid w:val="00FC693F"/>
    <w:rPr>
      <w:b/>
      <w:bCs/>
      <w:i/>
      <w:iCs/>
      <w:color w:val="4F81BD" w:themeColor="accent1"/>
    </w:rPr>
  </w:style>
  <w:style w:type="character" w:styleId="Vaevumrgatavrhutus">
    <w:name w:val="Subtle Emphasis"/>
    <w:basedOn w:val="Liguvaikefont"/>
    <w:uiPriority w:val="19"/>
    <w:qFormat/>
    <w:rsid w:val="00FC693F"/>
    <w:rPr>
      <w:i/>
      <w:iCs/>
      <w:color w:val="808080" w:themeColor="text1" w:themeTint="7F"/>
    </w:rPr>
  </w:style>
  <w:style w:type="character" w:styleId="Selgeltmrgatavrhutus">
    <w:name w:val="Intense Emphasis"/>
    <w:basedOn w:val="Liguvaikefont"/>
    <w:uiPriority w:val="21"/>
    <w:qFormat/>
    <w:rsid w:val="00FC693F"/>
    <w:rPr>
      <w:b/>
      <w:bCs/>
      <w:i/>
      <w:iCs/>
      <w:color w:val="4F81BD" w:themeColor="accent1"/>
    </w:rPr>
  </w:style>
  <w:style w:type="character" w:styleId="Vaevumrgatavviide">
    <w:name w:val="Subtle Reference"/>
    <w:basedOn w:val="Liguvaikefont"/>
    <w:uiPriority w:val="31"/>
    <w:qFormat/>
    <w:rsid w:val="00FC693F"/>
    <w:rPr>
      <w:smallCaps/>
      <w:color w:val="C0504D" w:themeColor="accent2"/>
      <w:u w:val="single"/>
    </w:rPr>
  </w:style>
  <w:style w:type="character" w:styleId="Selgeltmrgatavviide">
    <w:name w:val="Intense Reference"/>
    <w:basedOn w:val="Liguvaikefont"/>
    <w:uiPriority w:val="32"/>
    <w:qFormat/>
    <w:rsid w:val="00FC693F"/>
    <w:rPr>
      <w:b/>
      <w:bCs/>
      <w:smallCaps/>
      <w:color w:val="C0504D" w:themeColor="accent2"/>
      <w:spacing w:val="5"/>
      <w:u w:val="single"/>
    </w:rPr>
  </w:style>
  <w:style w:type="character" w:styleId="Raamatupealkiri">
    <w:name w:val="Book Title"/>
    <w:basedOn w:val="Liguvaikefont"/>
    <w:uiPriority w:val="33"/>
    <w:qFormat/>
    <w:rsid w:val="00FC693F"/>
    <w:rPr>
      <w:b/>
      <w:bCs/>
      <w:smallCaps/>
      <w:spacing w:val="5"/>
    </w:rPr>
  </w:style>
  <w:style w:type="paragraph" w:styleId="Sisukorrapealkiri">
    <w:name w:val="TOC Heading"/>
    <w:basedOn w:val="Pealkiri1"/>
    <w:next w:val="Normaallaad"/>
    <w:uiPriority w:val="39"/>
    <w:semiHidden/>
    <w:unhideWhenUsed/>
    <w:qFormat/>
    <w:rsid w:val="00FC693F"/>
    <w:pPr>
      <w:outlineLvl w:val="9"/>
    </w:pPr>
  </w:style>
  <w:style w:type="table" w:styleId="Kontuurtabel">
    <w:name w:val="Table Grid"/>
    <w:basedOn w:val="Normaaltabe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Helevarjustus">
    <w:name w:val="Light Shading"/>
    <w:basedOn w:val="Normaaltabe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evarjustusrhk1">
    <w:name w:val="Light Shading Accent 1"/>
    <w:basedOn w:val="Normaaltabe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evarjustusrhk2">
    <w:name w:val="Light Shading Accent 2"/>
    <w:basedOn w:val="Normaaltabe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evarjustusrhk3">
    <w:name w:val="Light Shading Accent 3"/>
    <w:basedOn w:val="Normaaltabe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evarjustusrhk4">
    <w:name w:val="Light Shading Accent 4"/>
    <w:basedOn w:val="Normaaltabe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evarjustusrhk5">
    <w:name w:val="Light Shading Accent 5"/>
    <w:basedOn w:val="Normaaltabe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evarjustusrhk6">
    <w:name w:val="Light Shading Accent 6"/>
    <w:basedOn w:val="Normaaltabe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eloend">
    <w:name w:val="Light List"/>
    <w:basedOn w:val="Normaaltabe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Heleloendrhk1">
    <w:name w:val="Light List Accent 1"/>
    <w:basedOn w:val="Normaaltabe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Heleloendrhk2">
    <w:name w:val="Light List Accent 2"/>
    <w:basedOn w:val="Normaaltabe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Heleloendrhk3">
    <w:name w:val="Light List Accent 3"/>
    <w:basedOn w:val="Normaaltabe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Heleloendrhk4">
    <w:name w:val="Light List Accent 4"/>
    <w:basedOn w:val="Normaaltabe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Heleloendrhk5">
    <w:name w:val="Light List Accent 5"/>
    <w:basedOn w:val="Normaaltabe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Heleloendrhk6">
    <w:name w:val="Light List Accent 6"/>
    <w:basedOn w:val="Normaaltabe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Helekoordinaatvrk">
    <w:name w:val="Light Grid"/>
    <w:basedOn w:val="Normaaltabe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Helekoordinaatvrkrhk1">
    <w:name w:val="Light Grid Accent 1"/>
    <w:basedOn w:val="Normaaltabe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Helekoordinaatvrkrhk2">
    <w:name w:val="Light Grid Accent 2"/>
    <w:basedOn w:val="Normaaltabe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Helekoordinaatvrkrhk3">
    <w:name w:val="Light Grid Accent 3"/>
    <w:basedOn w:val="Normaaltabe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Helekoordinaatvrkrhk4">
    <w:name w:val="Light Grid Accent 4"/>
    <w:basedOn w:val="Normaaltabe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Helekoordinaatvrkrhk5">
    <w:name w:val="Light Grid Accent 5"/>
    <w:basedOn w:val="Normaaltabe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Helekoordinaatvrkrhk6">
    <w:name w:val="Light Grid Accent 6"/>
    <w:basedOn w:val="Normaaltabe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Keskminevarjustus1">
    <w:name w:val="Medium Shading 1"/>
    <w:basedOn w:val="Normaaltabe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eskminevarjustus1rhk1">
    <w:name w:val="Medium Shading 1 Accent 1"/>
    <w:basedOn w:val="Normaaltabe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eskminevarjustus1rhk2">
    <w:name w:val="Medium Shading 1 Accent 2"/>
    <w:basedOn w:val="Normaaltabe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eskminevarjustus1rhk3">
    <w:name w:val="Medium Shading 1 Accent 3"/>
    <w:basedOn w:val="Normaaltabe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eskminevarjustus1rhk4">
    <w:name w:val="Medium Shading 1 Accent 4"/>
    <w:basedOn w:val="Normaaltabe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eskminevarjustus1rhk5">
    <w:name w:val="Medium Shading 1 Accent 5"/>
    <w:basedOn w:val="Normaaltabe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eskminevarjustus1rhk6">
    <w:name w:val="Medium Shading 1 Accent 6"/>
    <w:basedOn w:val="Normaaltabe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Keskminevarjustus2">
    <w:name w:val="Medium Shading 2"/>
    <w:basedOn w:val="Normaaltabe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Keskminevarjustus2rhk1">
    <w:name w:val="Medium Shading 2 Accent 1"/>
    <w:basedOn w:val="Normaaltabe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Keskminevarjustus2rhk2">
    <w:name w:val="Medium Shading 2 Accent 2"/>
    <w:basedOn w:val="Normaaltabe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Keskminevarjustus2rhk3">
    <w:name w:val="Medium Shading 2 Accent 3"/>
    <w:basedOn w:val="Normaaltabe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Keskminevarjustus2rhk4">
    <w:name w:val="Medium Shading 2 Accent 4"/>
    <w:basedOn w:val="Normaaltabe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Keskminevarjustus2rhk5">
    <w:name w:val="Medium Shading 2 Accent 5"/>
    <w:basedOn w:val="Normaaltabe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Keskminevarjustus2rhk6">
    <w:name w:val="Medium Shading 2 Accent 6"/>
    <w:basedOn w:val="Normaaltabe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Keskmineloend1">
    <w:name w:val="Medium List 1"/>
    <w:basedOn w:val="Normaaltabe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eskmineloend1rhk1">
    <w:name w:val="Medium List 1 Accent 1"/>
    <w:basedOn w:val="Normaaltabe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eskmineloend1rhk2">
    <w:name w:val="Medium List 1 Accent 2"/>
    <w:basedOn w:val="Normaaltabe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eskmineloend1rhk3">
    <w:name w:val="Medium List 1 Accent 3"/>
    <w:basedOn w:val="Normaaltabe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eskmineloend1rhk4">
    <w:name w:val="Medium List 1 Accent 4"/>
    <w:basedOn w:val="Normaaltabe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eskmineloend1rhk5">
    <w:name w:val="Medium List 1 Accent 5"/>
    <w:basedOn w:val="Normaaltabe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eskmineloend1rhk6">
    <w:name w:val="Medium List 1 Accent 6"/>
    <w:basedOn w:val="Normaaltabe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Keskmineloend2">
    <w:name w:val="Medium List 2"/>
    <w:basedOn w:val="Normaaltabe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1">
    <w:name w:val="Medium List 2 Accent 1"/>
    <w:basedOn w:val="Normaaltabe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2">
    <w:name w:val="Medium List 2 Accent 2"/>
    <w:basedOn w:val="Normaaltabe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3">
    <w:name w:val="Medium List 2 Accent 3"/>
    <w:basedOn w:val="Normaaltabe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4">
    <w:name w:val="Medium List 2 Accent 4"/>
    <w:basedOn w:val="Normaaltabe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5">
    <w:name w:val="Medium List 2 Accent 5"/>
    <w:basedOn w:val="Normaaltabe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6">
    <w:name w:val="Medium List 2 Accent 6"/>
    <w:basedOn w:val="Normaaltabe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koordinaatvrk1">
    <w:name w:val="Medium Grid 1"/>
    <w:basedOn w:val="Normaaltabe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eskminekoordinaatvrk1rhk1">
    <w:name w:val="Medium Grid 1 Accent 1"/>
    <w:basedOn w:val="Normaaltabe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eskminekoordinaatvrk1rhk2">
    <w:name w:val="Medium Grid 1 Accent 2"/>
    <w:basedOn w:val="Normaaltabe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eskminekoordinaatvrk1rhk3">
    <w:name w:val="Medium Grid 1 Accent 3"/>
    <w:basedOn w:val="Normaaltabe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eskminekoordinaatvrk1rhk4">
    <w:name w:val="Medium Grid 1 Accent 4"/>
    <w:basedOn w:val="Normaaltabe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eskminekoordinaatvrk1rhk5">
    <w:name w:val="Medium Grid 1 Accent 5"/>
    <w:basedOn w:val="Normaaltabe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eskminekoordinaatvrk1rhk6">
    <w:name w:val="Medium Grid 1 Accent 6"/>
    <w:basedOn w:val="Normaaltabe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eskminekoordinaatvrk2">
    <w:name w:val="Medium Grid 2"/>
    <w:basedOn w:val="Normaaltabe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Keskminekoordinaatvrk2rhk1">
    <w:name w:val="Medium Grid 2 Accent 1"/>
    <w:basedOn w:val="Normaaltabe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Keskminekoordinaatvrk2rhk2">
    <w:name w:val="Medium Grid 2 Accent 2"/>
    <w:basedOn w:val="Normaaltabe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Keskminekoordinaatvrk2rhk3">
    <w:name w:val="Medium Grid 2 Accent 3"/>
    <w:basedOn w:val="Normaaltabe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Keskminekoordinaatvrk2rhk4">
    <w:name w:val="Medium Grid 2 Accent 4"/>
    <w:basedOn w:val="Normaaltabe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Keskminekoordinaatvrk2rhk5">
    <w:name w:val="Medium Grid 2 Accent 5"/>
    <w:basedOn w:val="Normaaltabe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Keskminekoordinaatvrk2rhk6">
    <w:name w:val="Medium Grid 2 Accent 6"/>
    <w:basedOn w:val="Normaaltabe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Keskminekoordinaatvrk3">
    <w:name w:val="Medium Grid 3"/>
    <w:basedOn w:val="Normaaltabe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Keskminekoordinaatvrk3rhk1">
    <w:name w:val="Medium Grid 3 Accent 1"/>
    <w:basedOn w:val="Normaaltabe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Keskminekoordinaatvrk3rhk2">
    <w:name w:val="Medium Grid 3 Accent 2"/>
    <w:basedOn w:val="Normaaltabe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Keskminekoordinaatvrk3rhk3">
    <w:name w:val="Medium Grid 3 Accent 3"/>
    <w:basedOn w:val="Normaaltabe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Keskminekoordinaatvrk3rhk4">
    <w:name w:val="Medium Grid 3 Accent 4"/>
    <w:basedOn w:val="Normaaltabe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Keskminekoordinaatvrk3rhk5">
    <w:name w:val="Medium Grid 3 Accent 5"/>
    <w:basedOn w:val="Normaaltabe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Keskminekoordinaatvrk3rhk6">
    <w:name w:val="Medium Grid 3 Accent 6"/>
    <w:basedOn w:val="Normaaltabe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Tumeloend">
    <w:name w:val="Dark List"/>
    <w:basedOn w:val="Normaal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eloendrhk1">
    <w:name w:val="Dark List Accent 1"/>
    <w:basedOn w:val="Normaal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umeloendrhk2">
    <w:name w:val="Dark List Accent 2"/>
    <w:basedOn w:val="Normaal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umeloendrhk3">
    <w:name w:val="Dark List Accent 3"/>
    <w:basedOn w:val="Normaal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umeloendrhk4">
    <w:name w:val="Dark List Accent 4"/>
    <w:basedOn w:val="Normaal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umeloendrhk5">
    <w:name w:val="Dark List Accent 5"/>
    <w:basedOn w:val="Normaal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umeloendrhk6">
    <w:name w:val="Dark List Accent 6"/>
    <w:basedOn w:val="Normaal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Vrvilinevarjustus">
    <w:name w:val="Colorful Shading"/>
    <w:basedOn w:val="Normaaltabe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Vrvilinevarjustusrhk1">
    <w:name w:val="Colorful Shading Accent 1"/>
    <w:basedOn w:val="Normaaltabe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Vrvilinevarjustusrhk2">
    <w:name w:val="Colorful Shading Accent 2"/>
    <w:basedOn w:val="Normaaltabe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Vrvilinevarjustusrhk3">
    <w:name w:val="Colorful Shading Accent 3"/>
    <w:basedOn w:val="Normaaltabe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Vrvilinevarjustusrhk4">
    <w:name w:val="Colorful Shading Accent 4"/>
    <w:basedOn w:val="Normaaltabe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Vrvilinevarjustusrhk5">
    <w:name w:val="Colorful Shading Accent 5"/>
    <w:basedOn w:val="Normaaltabe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Vrvilinevarjustusrhk6">
    <w:name w:val="Colorful Shading Accent 6"/>
    <w:basedOn w:val="Normaaltabe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Vrvilineloend">
    <w:name w:val="Colorful List"/>
    <w:basedOn w:val="Normaal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Vrvilineloendrhk1">
    <w:name w:val="Colorful List Accent 1"/>
    <w:basedOn w:val="Normaal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Vrvilineloendrhk2">
    <w:name w:val="Colorful List Accent 2"/>
    <w:basedOn w:val="Normaal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Vrvilineloendrhk3">
    <w:name w:val="Colorful List Accent 3"/>
    <w:basedOn w:val="Normaal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Vrvilineloendrhk4">
    <w:name w:val="Colorful List Accent 4"/>
    <w:basedOn w:val="Normaal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Vrvilineloendrhk5">
    <w:name w:val="Colorful List Accent 5"/>
    <w:basedOn w:val="Normaal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Vrvilineloendrhk6">
    <w:name w:val="Colorful List Accent 6"/>
    <w:basedOn w:val="Normaal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Vrvilinekoordinaatvrk">
    <w:name w:val="Colorful Grid"/>
    <w:basedOn w:val="Normaaltabe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rvilinekoordinaatvrkrhk1">
    <w:name w:val="Colorful Grid Accent 1"/>
    <w:basedOn w:val="Normaaltabe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Vrvilinekoordinaatvrkrhk2">
    <w:name w:val="Colorful Grid Accent 2"/>
    <w:basedOn w:val="Normaaltabe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Vrvilinekoordinaatvrkrhk3">
    <w:name w:val="Colorful Grid Accent 3"/>
    <w:basedOn w:val="Normaaltabe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Vrvilinekoordinaatvrkrhk4">
    <w:name w:val="Colorful Grid Accent 4"/>
    <w:basedOn w:val="Normaaltabe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Vrvilinekoordinaatvrkrhk5">
    <w:name w:val="Colorful Grid Accent 5"/>
    <w:basedOn w:val="Normaaltabe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Vrvilinekoordinaatvrkrhk6">
    <w:name w:val="Colorful Grid Accent 6"/>
    <w:basedOn w:val="Normaaltabe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perlink">
    <w:name w:val="Hyperlink"/>
    <w:basedOn w:val="Liguvaikefont"/>
    <w:uiPriority w:val="99"/>
    <w:unhideWhenUsed/>
    <w:rsid w:val="001C247A"/>
    <w:rPr>
      <w:color w:val="0000FF" w:themeColor="hyperlink"/>
      <w:u w:val="single"/>
    </w:rPr>
  </w:style>
  <w:style w:type="character" w:styleId="Lahendamatamainimine">
    <w:name w:val="Unresolved Mention"/>
    <w:basedOn w:val="Liguvaikefont"/>
    <w:uiPriority w:val="99"/>
    <w:semiHidden/>
    <w:unhideWhenUsed/>
    <w:rsid w:val="001C247A"/>
    <w:rPr>
      <w:color w:val="605E5C"/>
      <w:shd w:val="clear" w:color="auto" w:fill="E1DFDD"/>
    </w:rPr>
  </w:style>
  <w:style w:type="paragraph" w:styleId="Redaktsioon">
    <w:name w:val="Revision"/>
    <w:hidden/>
    <w:uiPriority w:val="99"/>
    <w:semiHidden/>
    <w:rsid w:val="003A6C38"/>
    <w:pPr>
      <w:spacing w:after="0" w:line="240" w:lineRule="auto"/>
    </w:pPr>
    <w:rPr>
      <w:rFonts w:ascii="Aptos" w:hAnsi="Aptos"/>
      <w:sz w:val="21"/>
    </w:rPr>
  </w:style>
  <w:style w:type="character" w:styleId="Kommentaariviide">
    <w:name w:val="annotation reference"/>
    <w:basedOn w:val="Liguvaikefont"/>
    <w:uiPriority w:val="99"/>
    <w:semiHidden/>
    <w:unhideWhenUsed/>
    <w:rsid w:val="00BB37D2"/>
    <w:rPr>
      <w:sz w:val="16"/>
      <w:szCs w:val="16"/>
    </w:rPr>
  </w:style>
  <w:style w:type="paragraph" w:styleId="Kommentaaritekst">
    <w:name w:val="annotation text"/>
    <w:basedOn w:val="Normaallaad"/>
    <w:link w:val="KommentaaritekstMrk"/>
    <w:uiPriority w:val="99"/>
    <w:unhideWhenUsed/>
    <w:rsid w:val="00BB37D2"/>
    <w:pPr>
      <w:spacing w:line="240" w:lineRule="auto"/>
    </w:pPr>
    <w:rPr>
      <w:sz w:val="20"/>
      <w:szCs w:val="20"/>
    </w:rPr>
  </w:style>
  <w:style w:type="character" w:styleId="KommentaaritekstMrk" w:customStyle="1">
    <w:name w:val="Kommentaari tekst Märk"/>
    <w:basedOn w:val="Liguvaikefont"/>
    <w:link w:val="Kommentaaritekst"/>
    <w:uiPriority w:val="99"/>
    <w:rsid w:val="00BB37D2"/>
    <w:rPr>
      <w:rFonts w:ascii="Aptos" w:hAnsi="Aptos"/>
      <w:sz w:val="20"/>
      <w:szCs w:val="20"/>
    </w:rPr>
  </w:style>
  <w:style w:type="paragraph" w:styleId="Kommentaariteema">
    <w:name w:val="annotation subject"/>
    <w:basedOn w:val="Kommentaaritekst"/>
    <w:next w:val="Kommentaaritekst"/>
    <w:link w:val="KommentaariteemaMrk"/>
    <w:uiPriority w:val="99"/>
    <w:semiHidden/>
    <w:unhideWhenUsed/>
    <w:rsid w:val="00BB37D2"/>
    <w:rPr>
      <w:b/>
      <w:bCs/>
    </w:rPr>
  </w:style>
  <w:style w:type="character" w:styleId="KommentaariteemaMrk" w:customStyle="1">
    <w:name w:val="Kommentaari teema Märk"/>
    <w:basedOn w:val="KommentaaritekstMrk"/>
    <w:link w:val="Kommentaariteema"/>
    <w:uiPriority w:val="99"/>
    <w:semiHidden/>
    <w:rsid w:val="00BB37D2"/>
    <w:rPr>
      <w:rFonts w:ascii="Aptos" w:hAnsi="Apto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 Type="http://schemas.openxmlformats.org/officeDocument/2006/relationships/hyperlink" Target="mailto:hm@hm.ee" TargetMode="External" Id="Rc2062940dda2411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3d713a3-b48f-4e89-8a30-cb4dba896442" xsi:nil="true"/>
    <lcf76f155ced4ddcb4097134ff3c332f xmlns="b9773469-0dfa-48be-b7d9-e34a0e50e3c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B21FA3C9E391454D8BC3819479FA304C" ma:contentTypeVersion="13" ma:contentTypeDescription="Loo uus dokument" ma:contentTypeScope="" ma:versionID="022aadd3dbcd13bef508dba6b08289d7">
  <xsd:schema xmlns:xsd="http://www.w3.org/2001/XMLSchema" xmlns:xs="http://www.w3.org/2001/XMLSchema" xmlns:p="http://schemas.microsoft.com/office/2006/metadata/properties" xmlns:ns2="b9773469-0dfa-48be-b7d9-e34a0e50e3cf" xmlns:ns3="83d713a3-b48f-4e89-8a30-cb4dba896442" targetNamespace="http://schemas.microsoft.com/office/2006/metadata/properties" ma:root="true" ma:fieldsID="b74d13695173c1bda1ea54ba9f08da1b" ns2:_="" ns3:_="">
    <xsd:import namespace="b9773469-0dfa-48be-b7d9-e34a0e50e3cf"/>
    <xsd:import namespace="83d713a3-b48f-4e89-8a30-cb4dba89644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773469-0dfa-48be-b7d9-e34a0e50e3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d713a3-b48f-4e89-8a30-cb4dba89644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608c3dd-b7e0-4aaf-be20-c820c2f46018}" ma:internalName="TaxCatchAll" ma:showField="CatchAllData" ma:web="83d713a3-b48f-4e89-8a30-cb4dba8964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F74EE6-AB45-4552-831A-1CE25EE43FBE}">
  <ds:schemaRefs>
    <ds:schemaRef ds:uri="http://schemas.microsoft.com/office/2006/metadata/properties"/>
    <ds:schemaRef ds:uri="http://schemas.microsoft.com/office/infopath/2007/PartnerControls"/>
    <ds:schemaRef ds:uri="83d713a3-b48f-4e89-8a30-cb4dba896442"/>
    <ds:schemaRef ds:uri="b9773469-0dfa-48be-b7d9-e34a0e50e3cf"/>
  </ds:schemaRefs>
</ds:datastoreItem>
</file>

<file path=customXml/itemProps2.xml><?xml version="1.0" encoding="utf-8"?>
<ds:datastoreItem xmlns:ds="http://schemas.openxmlformats.org/officeDocument/2006/customXml" ds:itemID="{D5607362-1AAB-46C2-A56D-14A6C7F10438}">
  <ds:schemaRefs>
    <ds:schemaRef ds:uri="http://schemas.microsoft.com/sharepoint/v3/contenttype/forms"/>
  </ds:schemaRefs>
</ds:datastoreItem>
</file>

<file path=customXml/itemProps3.xml><?xml version="1.0" encoding="utf-8"?>
<ds:datastoreItem xmlns:ds="http://schemas.openxmlformats.org/officeDocument/2006/customXml" ds:itemID="{3DCBCAD2-1B8B-4534-86F7-29EF7F0F13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773469-0dfa-48be-b7d9-e34a0e50e3cf"/>
    <ds:schemaRef ds:uri="83d713a3-b48f-4e89-8a30-cb4dba8964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c:description>generated by python-docx</dc:description>
  <lastModifiedBy>Ülle Matsin - HTM</lastModifiedBy>
  <revision>20</revision>
  <lastPrinted>2026-09-07T15:15:00.0000000Z</lastPrinted>
  <dcterms:created xsi:type="dcterms:W3CDTF">2026-09-17T05:22:00.0000000Z</dcterms:created>
  <dcterms:modified xsi:type="dcterms:W3CDTF">2026-09-18T11:51:02.8256717Z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2026-08-31T15:29:53Z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e1bc4d1d-ff91-4811-ac6a-8f4caa9aa25e</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0x010100B21FA3C9E391454D8BC3819479FA304C</vt:lpwstr>
  </property>
  <property fmtid="{D5CDD505-2E9C-101B-9397-08002B2CF9AE}" pid="11" name="MediaServiceImageTags">
    <vt:lpwstr/>
  </property>
</Properties>
</file>